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415" w:rsidRPr="00936415" w:rsidRDefault="00484E4E" w:rsidP="00936415">
      <w:pPr>
        <w:jc w:val="center"/>
        <w:rPr>
          <w:b/>
        </w:rPr>
      </w:pPr>
      <w:r>
        <w:br/>
      </w:r>
      <w:r w:rsidRPr="00936415">
        <w:rPr>
          <w:b/>
        </w:rPr>
        <w:t>REGULAMIN KONKURSU PLASTYCZNEGO</w:t>
      </w:r>
    </w:p>
    <w:p w:rsidR="00936415" w:rsidRPr="00936415" w:rsidRDefault="00484E4E" w:rsidP="00936415">
      <w:pPr>
        <w:jc w:val="center"/>
        <w:rPr>
          <w:b/>
        </w:rPr>
      </w:pPr>
      <w:r w:rsidRPr="00936415">
        <w:rPr>
          <w:b/>
        </w:rPr>
        <w:t>„</w:t>
      </w:r>
      <w:proofErr w:type="spellStart"/>
      <w:r w:rsidR="00936415" w:rsidRPr="00936415">
        <w:rPr>
          <w:b/>
        </w:rPr>
        <w:t>Przepis</w:t>
      </w:r>
      <w:proofErr w:type="spellEnd"/>
      <w:r w:rsidR="00936415" w:rsidRPr="00936415">
        <w:rPr>
          <w:b/>
        </w:rPr>
        <w:t xml:space="preserve"> na </w:t>
      </w:r>
      <w:proofErr w:type="spellStart"/>
      <w:r w:rsidR="00936415" w:rsidRPr="00936415">
        <w:rPr>
          <w:b/>
        </w:rPr>
        <w:t>szczęśliwą</w:t>
      </w:r>
      <w:proofErr w:type="spellEnd"/>
      <w:r w:rsidR="00936415" w:rsidRPr="00936415">
        <w:rPr>
          <w:b/>
        </w:rPr>
        <w:t xml:space="preserve"> </w:t>
      </w:r>
      <w:proofErr w:type="spellStart"/>
      <w:r w:rsidR="00936415" w:rsidRPr="00936415">
        <w:rPr>
          <w:b/>
        </w:rPr>
        <w:t>rodzinę</w:t>
      </w:r>
      <w:proofErr w:type="spellEnd"/>
      <w:r w:rsidRPr="00936415">
        <w:rPr>
          <w:b/>
        </w:rPr>
        <w:t>”</w:t>
      </w:r>
    </w:p>
    <w:p w:rsidR="00936415" w:rsidRDefault="00936415" w:rsidP="00936415">
      <w:pPr>
        <w:jc w:val="center"/>
        <w:rPr>
          <w:b/>
        </w:rPr>
      </w:pPr>
      <w:r w:rsidRPr="00936415">
        <w:rPr>
          <w:b/>
        </w:rPr>
        <w:t xml:space="preserve">w </w:t>
      </w:r>
      <w:proofErr w:type="spellStart"/>
      <w:r w:rsidRPr="00936415">
        <w:rPr>
          <w:b/>
        </w:rPr>
        <w:t>ramach</w:t>
      </w:r>
      <w:proofErr w:type="spellEnd"/>
      <w:r w:rsidRPr="00936415">
        <w:rPr>
          <w:b/>
        </w:rPr>
        <w:t xml:space="preserve"> </w:t>
      </w:r>
      <w:proofErr w:type="spellStart"/>
      <w:r w:rsidRPr="00936415">
        <w:rPr>
          <w:b/>
        </w:rPr>
        <w:t>kampani</w:t>
      </w:r>
      <w:proofErr w:type="spellEnd"/>
      <w:r w:rsidRPr="00936415">
        <w:rPr>
          <w:b/>
        </w:rPr>
        <w:t xml:space="preserve"> </w:t>
      </w:r>
      <w:proofErr w:type="spellStart"/>
      <w:r w:rsidRPr="00936415">
        <w:rPr>
          <w:b/>
        </w:rPr>
        <w:t>ogólnopolskiej</w:t>
      </w:r>
      <w:proofErr w:type="spellEnd"/>
      <w:r w:rsidRPr="00936415">
        <w:rPr>
          <w:b/>
        </w:rPr>
        <w:t xml:space="preserve"> “</w:t>
      </w:r>
      <w:r w:rsidRPr="00936415">
        <w:rPr>
          <w:b/>
          <w:lang w:val="pl-PL"/>
        </w:rPr>
        <w:t>Dzieciństwo</w:t>
      </w:r>
      <w:r w:rsidRPr="00936415">
        <w:rPr>
          <w:b/>
        </w:rPr>
        <w:t xml:space="preserve"> </w:t>
      </w:r>
      <w:proofErr w:type="spellStart"/>
      <w:r w:rsidRPr="00936415">
        <w:rPr>
          <w:b/>
        </w:rPr>
        <w:t>bez</w:t>
      </w:r>
      <w:proofErr w:type="spellEnd"/>
      <w:r w:rsidRPr="00936415">
        <w:rPr>
          <w:b/>
        </w:rPr>
        <w:t xml:space="preserve"> </w:t>
      </w:r>
      <w:proofErr w:type="spellStart"/>
      <w:r w:rsidRPr="00936415">
        <w:rPr>
          <w:b/>
        </w:rPr>
        <w:t>przemocy</w:t>
      </w:r>
      <w:proofErr w:type="spellEnd"/>
      <w:r w:rsidRPr="00936415">
        <w:rPr>
          <w:b/>
        </w:rPr>
        <w:t>”</w:t>
      </w:r>
    </w:p>
    <w:p w:rsidR="00936415" w:rsidRDefault="00936415" w:rsidP="00936415">
      <w:pPr>
        <w:jc w:val="center"/>
        <w:rPr>
          <w:b/>
        </w:rPr>
      </w:pPr>
    </w:p>
    <w:p w:rsidR="00936415" w:rsidRDefault="00484E4E" w:rsidP="00936415">
      <w:proofErr w:type="spellStart"/>
      <w:r w:rsidRPr="00936415">
        <w:rPr>
          <w:b/>
        </w:rPr>
        <w:t>Organizatorami</w:t>
      </w:r>
      <w:proofErr w:type="spellEnd"/>
      <w:r w:rsidR="00936415" w:rsidRPr="00936415">
        <w:rPr>
          <w:b/>
        </w:rPr>
        <w:t xml:space="preserve"> </w:t>
      </w:r>
      <w:r w:rsidRPr="00936415">
        <w:rPr>
          <w:b/>
        </w:rPr>
        <w:t xml:space="preserve"> </w:t>
      </w:r>
      <w:r w:rsidRPr="00936415">
        <w:rPr>
          <w:b/>
          <w:lang w:val="pl-PL"/>
        </w:rPr>
        <w:t>konkursu</w:t>
      </w:r>
      <w:r>
        <w:t xml:space="preserve"> </w:t>
      </w:r>
      <w:r w:rsidR="00936415">
        <w:t xml:space="preserve">jest Zespół </w:t>
      </w:r>
      <w:proofErr w:type="spellStart"/>
      <w:r w:rsidR="00936415">
        <w:t>Interdyscyplinarny</w:t>
      </w:r>
      <w:proofErr w:type="spellEnd"/>
      <w:r w:rsidR="00936415">
        <w:t xml:space="preserve"> </w:t>
      </w:r>
      <w:proofErr w:type="spellStart"/>
      <w:r w:rsidR="00936415">
        <w:t>Gminy</w:t>
      </w:r>
      <w:proofErr w:type="spellEnd"/>
      <w:r w:rsidR="00936415">
        <w:t xml:space="preserve"> </w:t>
      </w:r>
      <w:proofErr w:type="spellStart"/>
      <w:r w:rsidR="00936415">
        <w:t>Kępice</w:t>
      </w:r>
      <w:proofErr w:type="spellEnd"/>
      <w:r w:rsidR="00936415">
        <w:t>.</w:t>
      </w:r>
    </w:p>
    <w:p w:rsidR="00936415" w:rsidRDefault="00936415">
      <w:proofErr w:type="spellStart"/>
      <w:r>
        <w:rPr>
          <w:b/>
        </w:rPr>
        <w:t>Tematem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prac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konkursowych</w:t>
      </w:r>
      <w:proofErr w:type="spellEnd"/>
      <w:r>
        <w:rPr>
          <w:b/>
        </w:rPr>
        <w:t xml:space="preserve"> jest</w:t>
      </w:r>
      <w:r w:rsidR="00484E4E" w:rsidRPr="00936415">
        <w:rPr>
          <w:b/>
        </w:rPr>
        <w:t>:</w:t>
      </w:r>
      <w:r w:rsidR="00484E4E">
        <w:t xml:space="preserve"> </w:t>
      </w:r>
      <w:r>
        <w:t>”</w:t>
      </w:r>
      <w:proofErr w:type="spellStart"/>
      <w:r>
        <w:t>Przepis</w:t>
      </w:r>
      <w:proofErr w:type="spellEnd"/>
      <w:r>
        <w:t xml:space="preserve"> na </w:t>
      </w:r>
      <w:proofErr w:type="spellStart"/>
      <w:r>
        <w:t>szczęśliwą</w:t>
      </w:r>
      <w:proofErr w:type="spellEnd"/>
      <w:r>
        <w:t xml:space="preserve"> </w:t>
      </w:r>
      <w:proofErr w:type="spellStart"/>
      <w:r>
        <w:t>rodzinę</w:t>
      </w:r>
      <w:proofErr w:type="spellEnd"/>
      <w:r>
        <w:t>”</w:t>
      </w:r>
    </w:p>
    <w:p w:rsidR="00D67DB1" w:rsidRDefault="00484E4E" w:rsidP="00987EC5">
      <w:pPr>
        <w:rPr>
          <w:color w:val="FF0000"/>
        </w:rPr>
      </w:pPr>
      <w:proofErr w:type="spellStart"/>
      <w:r w:rsidRPr="00936415">
        <w:rPr>
          <w:b/>
        </w:rPr>
        <w:t>Termin</w:t>
      </w:r>
      <w:proofErr w:type="spellEnd"/>
      <w:r w:rsidRPr="00936415">
        <w:rPr>
          <w:b/>
        </w:rPr>
        <w:t xml:space="preserve"> </w:t>
      </w:r>
      <w:proofErr w:type="spellStart"/>
      <w:r w:rsidRPr="00936415">
        <w:rPr>
          <w:b/>
        </w:rPr>
        <w:t>nadsył</w:t>
      </w:r>
      <w:r w:rsidR="00936415">
        <w:rPr>
          <w:b/>
        </w:rPr>
        <w:t>ania</w:t>
      </w:r>
      <w:proofErr w:type="spellEnd"/>
      <w:r w:rsidR="00936415">
        <w:rPr>
          <w:b/>
        </w:rPr>
        <w:t xml:space="preserve"> </w:t>
      </w:r>
      <w:proofErr w:type="spellStart"/>
      <w:r w:rsidR="00936415">
        <w:rPr>
          <w:b/>
        </w:rPr>
        <w:t>prac</w:t>
      </w:r>
      <w:proofErr w:type="spellEnd"/>
      <w:r w:rsidR="00936415">
        <w:rPr>
          <w:b/>
        </w:rPr>
        <w:t xml:space="preserve"> </w:t>
      </w:r>
      <w:proofErr w:type="spellStart"/>
      <w:r w:rsidR="00936415">
        <w:rPr>
          <w:b/>
        </w:rPr>
        <w:t>konkursowych</w:t>
      </w:r>
      <w:proofErr w:type="spellEnd"/>
      <w:r w:rsidR="00936415">
        <w:rPr>
          <w:b/>
        </w:rPr>
        <w:t xml:space="preserve"> </w:t>
      </w:r>
      <w:proofErr w:type="spellStart"/>
      <w:r w:rsidR="00936415">
        <w:rPr>
          <w:b/>
        </w:rPr>
        <w:t>upływa</w:t>
      </w:r>
      <w:proofErr w:type="spellEnd"/>
      <w:r w:rsidR="00936415">
        <w:rPr>
          <w:b/>
        </w:rPr>
        <w:t xml:space="preserve"> 1grudnia 2025 </w:t>
      </w:r>
      <w:proofErr w:type="spellStart"/>
      <w:r w:rsidR="00936415">
        <w:rPr>
          <w:b/>
        </w:rPr>
        <w:t>roku</w:t>
      </w:r>
      <w:proofErr w:type="spellEnd"/>
      <w:r w:rsidR="00936415">
        <w:rPr>
          <w:b/>
        </w:rPr>
        <w:t xml:space="preserve"> o godz. 14</w:t>
      </w:r>
      <w:r w:rsidRPr="00936415">
        <w:rPr>
          <w:b/>
        </w:rPr>
        <w:t>:00</w:t>
      </w:r>
      <w:r>
        <w:br/>
      </w:r>
      <w:r>
        <w:br/>
      </w:r>
      <w:proofErr w:type="spellStart"/>
      <w:r>
        <w:t>Cele</w:t>
      </w:r>
      <w:proofErr w:type="spellEnd"/>
      <w:r>
        <w:t xml:space="preserve"> </w:t>
      </w:r>
      <w:proofErr w:type="spellStart"/>
      <w:r>
        <w:t>konkursu</w:t>
      </w:r>
      <w:proofErr w:type="spellEnd"/>
      <w:r>
        <w:t>:</w:t>
      </w:r>
      <w:r>
        <w:br/>
        <w:t xml:space="preserve">1. </w:t>
      </w:r>
      <w:proofErr w:type="spellStart"/>
      <w:r>
        <w:t>Zainteresowanie</w:t>
      </w:r>
      <w:proofErr w:type="spellEnd"/>
      <w:r>
        <w:t xml:space="preserve"> </w:t>
      </w:r>
      <w:proofErr w:type="spellStart"/>
      <w:r>
        <w:t>uczestników</w:t>
      </w:r>
      <w:proofErr w:type="spellEnd"/>
      <w:r w:rsidR="00936415">
        <w:t xml:space="preserve"> </w:t>
      </w:r>
      <w:proofErr w:type="spellStart"/>
      <w:r w:rsidR="00936415">
        <w:t>tematem</w:t>
      </w:r>
      <w:proofErr w:type="spellEnd"/>
      <w:r w:rsidR="00936415">
        <w:t xml:space="preserve"> </w:t>
      </w:r>
      <w:proofErr w:type="spellStart"/>
      <w:r w:rsidR="00936415">
        <w:t>znaczenia</w:t>
      </w:r>
      <w:proofErr w:type="spellEnd"/>
      <w:r w:rsidR="00936415">
        <w:t xml:space="preserve"> </w:t>
      </w:r>
      <w:proofErr w:type="spellStart"/>
      <w:r w:rsidR="00936415">
        <w:t>szczęśliwej</w:t>
      </w:r>
      <w:proofErr w:type="spellEnd"/>
      <w:r w:rsidR="00936415">
        <w:t xml:space="preserve"> </w:t>
      </w:r>
      <w:proofErr w:type="spellStart"/>
      <w:r w:rsidR="00936415">
        <w:t>rodziny</w:t>
      </w:r>
      <w:proofErr w:type="spellEnd"/>
      <w:r w:rsidR="00936415">
        <w:t xml:space="preserve">, </w:t>
      </w:r>
      <w:proofErr w:type="spellStart"/>
      <w:r w:rsidR="00936415">
        <w:t>profilaktyki</w:t>
      </w:r>
      <w:proofErr w:type="spellEnd"/>
      <w:r w:rsidR="00936415">
        <w:t xml:space="preserve"> </w:t>
      </w:r>
      <w:proofErr w:type="spellStart"/>
      <w:r w:rsidR="00936415">
        <w:t>zdrowia</w:t>
      </w:r>
      <w:proofErr w:type="spellEnd"/>
      <w:r w:rsidR="00936415">
        <w:t xml:space="preserve"> </w:t>
      </w:r>
      <w:proofErr w:type="spellStart"/>
      <w:r w:rsidR="00936415">
        <w:t>psychicznego</w:t>
      </w:r>
      <w:proofErr w:type="spellEnd"/>
      <w:r w:rsidR="00936415">
        <w:t xml:space="preserve"> </w:t>
      </w:r>
      <w:proofErr w:type="spellStart"/>
      <w:r w:rsidR="00936415">
        <w:t>i</w:t>
      </w:r>
      <w:proofErr w:type="spellEnd"/>
      <w:r w:rsidR="00936415">
        <w:t xml:space="preserve"> </w:t>
      </w:r>
      <w:proofErr w:type="spellStart"/>
      <w:r w:rsidR="00936415">
        <w:t>przeciwdziałania</w:t>
      </w:r>
      <w:proofErr w:type="spellEnd"/>
      <w:r w:rsidR="00936415">
        <w:t xml:space="preserve"> </w:t>
      </w:r>
      <w:proofErr w:type="spellStart"/>
      <w:r w:rsidR="00936415">
        <w:t>przemocy</w:t>
      </w:r>
      <w:proofErr w:type="spellEnd"/>
      <w:r w:rsidR="00936415">
        <w:t>.</w:t>
      </w:r>
      <w:r w:rsidR="00987EC5" w:rsidRPr="00987EC5">
        <w:t xml:space="preserve"> </w:t>
      </w:r>
      <w:proofErr w:type="spellStart"/>
      <w:r w:rsidR="00987EC5">
        <w:t>Udział</w:t>
      </w:r>
      <w:proofErr w:type="spellEnd"/>
      <w:r w:rsidR="00987EC5">
        <w:t xml:space="preserve"> w </w:t>
      </w:r>
      <w:proofErr w:type="spellStart"/>
      <w:r w:rsidR="00987EC5">
        <w:t>kampanii</w:t>
      </w:r>
      <w:proofErr w:type="spellEnd"/>
      <w:r w:rsidR="00987EC5">
        <w:t xml:space="preserve"> </w:t>
      </w:r>
      <w:proofErr w:type="spellStart"/>
      <w:r w:rsidR="00987EC5">
        <w:t>ogólnopolskiej</w:t>
      </w:r>
      <w:proofErr w:type="spellEnd"/>
      <w:r w:rsidR="00987EC5">
        <w:t xml:space="preserve"> “</w:t>
      </w:r>
      <w:proofErr w:type="spellStart"/>
      <w:r w:rsidR="00987EC5">
        <w:t>Dzieciństwo</w:t>
      </w:r>
      <w:proofErr w:type="spellEnd"/>
      <w:r w:rsidR="00987EC5">
        <w:t xml:space="preserve"> </w:t>
      </w:r>
      <w:proofErr w:type="spellStart"/>
      <w:r w:rsidR="00987EC5">
        <w:t>bez</w:t>
      </w:r>
      <w:proofErr w:type="spellEnd"/>
      <w:r w:rsidR="00987EC5">
        <w:t xml:space="preserve"> </w:t>
      </w:r>
      <w:proofErr w:type="spellStart"/>
      <w:r w:rsidR="00987EC5">
        <w:t>przemocy</w:t>
      </w:r>
      <w:proofErr w:type="spellEnd"/>
      <w:r w:rsidR="00987EC5">
        <w:t>”</w:t>
      </w:r>
      <w:r>
        <w:br/>
        <w:t xml:space="preserve">2. </w:t>
      </w:r>
      <w:proofErr w:type="spellStart"/>
      <w:r>
        <w:t>Um</w:t>
      </w:r>
      <w:r>
        <w:t>ożliwienie</w:t>
      </w:r>
      <w:proofErr w:type="spellEnd"/>
      <w:r>
        <w:t xml:space="preserve"> </w:t>
      </w:r>
      <w:proofErr w:type="spellStart"/>
      <w:r>
        <w:t>mieszkańcom</w:t>
      </w:r>
      <w:proofErr w:type="spellEnd"/>
      <w:r>
        <w:t xml:space="preserve"> </w:t>
      </w:r>
      <w:proofErr w:type="spellStart"/>
      <w:r w:rsidR="00936415">
        <w:t>gminy</w:t>
      </w:r>
      <w:proofErr w:type="spellEnd"/>
      <w:r w:rsidR="00936415">
        <w:t xml:space="preserve"> </w:t>
      </w:r>
      <w:proofErr w:type="spellStart"/>
      <w:r>
        <w:t>zaprezentowania</w:t>
      </w:r>
      <w:proofErr w:type="spellEnd"/>
      <w:r>
        <w:t xml:space="preserve"> </w:t>
      </w:r>
      <w:proofErr w:type="spellStart"/>
      <w:r>
        <w:t>swoich</w:t>
      </w:r>
      <w:proofErr w:type="spellEnd"/>
      <w:r>
        <w:t xml:space="preserve"> </w:t>
      </w:r>
      <w:proofErr w:type="spellStart"/>
      <w:r>
        <w:t>umiejętności</w:t>
      </w:r>
      <w:proofErr w:type="spellEnd"/>
      <w:r>
        <w:t xml:space="preserve"> </w:t>
      </w:r>
      <w:proofErr w:type="spellStart"/>
      <w:r>
        <w:t>plastycznych</w:t>
      </w:r>
      <w:proofErr w:type="spellEnd"/>
      <w:r>
        <w:t xml:space="preserve"> oraz wykazania się wrażliwością arty</w:t>
      </w:r>
      <w:r w:rsidR="00936415">
        <w:t>styczną.</w:t>
      </w:r>
      <w:r w:rsidR="00936415">
        <w:br/>
        <w:t xml:space="preserve">3. </w:t>
      </w:r>
      <w:proofErr w:type="spellStart"/>
      <w:r w:rsidR="00936415">
        <w:t>Umożliwienie</w:t>
      </w:r>
      <w:proofErr w:type="spellEnd"/>
      <w:r w:rsidR="00936415">
        <w:t xml:space="preserve"> </w:t>
      </w:r>
      <w:proofErr w:type="spellStart"/>
      <w:r>
        <w:t>nagrodzenia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r w:rsidR="00936415">
        <w:t xml:space="preserve"> </w:t>
      </w:r>
      <w:proofErr w:type="spellStart"/>
      <w:r>
        <w:t>prezentacji</w:t>
      </w:r>
      <w:proofErr w:type="spellEnd"/>
      <w:r>
        <w:t xml:space="preserve"> </w:t>
      </w:r>
      <w:proofErr w:type="spellStart"/>
      <w:r>
        <w:t>prac</w:t>
      </w:r>
      <w:proofErr w:type="spellEnd"/>
      <w:r>
        <w:t>.</w:t>
      </w:r>
      <w:r w:rsidR="00987EC5">
        <w:t xml:space="preserve">                                                                                  </w:t>
      </w:r>
      <w:r>
        <w:br/>
      </w:r>
      <w:r>
        <w:br/>
      </w:r>
      <w:proofErr w:type="spellStart"/>
      <w:r>
        <w:t>Warunki</w:t>
      </w:r>
      <w:proofErr w:type="spellEnd"/>
      <w:r>
        <w:t xml:space="preserve"> </w:t>
      </w:r>
      <w:proofErr w:type="spellStart"/>
      <w:r>
        <w:t>uczestnictwa</w:t>
      </w:r>
      <w:proofErr w:type="spellEnd"/>
      <w:r>
        <w:t xml:space="preserve"> w konkursie:</w:t>
      </w:r>
      <w:r>
        <w:br/>
        <w:t>1. W ko</w:t>
      </w:r>
      <w:r>
        <w:t xml:space="preserve">nkursie mogą brać </w:t>
      </w:r>
      <w:proofErr w:type="spellStart"/>
      <w:r>
        <w:t>udział</w:t>
      </w:r>
      <w:proofErr w:type="spellEnd"/>
      <w:r>
        <w:t xml:space="preserve"> </w:t>
      </w:r>
      <w:proofErr w:type="spellStart"/>
      <w:r>
        <w:t>uczniowie</w:t>
      </w:r>
      <w:proofErr w:type="spellEnd"/>
      <w:r>
        <w:t xml:space="preserve"> </w:t>
      </w:r>
      <w:proofErr w:type="spellStart"/>
      <w:r>
        <w:t>szkół</w:t>
      </w:r>
      <w:proofErr w:type="spellEnd"/>
      <w:r>
        <w:t xml:space="preserve"> </w:t>
      </w:r>
      <w:proofErr w:type="spellStart"/>
      <w:r>
        <w:t>podstawowych</w:t>
      </w:r>
      <w:proofErr w:type="spellEnd"/>
      <w:r w:rsidR="00CD1CA4">
        <w:t xml:space="preserve"> </w:t>
      </w:r>
      <w:proofErr w:type="spellStart"/>
      <w:r w:rsidR="00CD1CA4">
        <w:t>gminy</w:t>
      </w:r>
      <w:proofErr w:type="spellEnd"/>
      <w:r w:rsidR="00CD1CA4">
        <w:t xml:space="preserve"> </w:t>
      </w:r>
      <w:proofErr w:type="spellStart"/>
      <w:r w:rsidR="00CD1CA4">
        <w:t>Kępice</w:t>
      </w:r>
      <w:proofErr w:type="spellEnd"/>
      <w:r w:rsidR="00CD1CA4">
        <w:t xml:space="preserve"> z </w:t>
      </w:r>
      <w:r>
        <w:t xml:space="preserve"> klas I-</w:t>
      </w:r>
      <w:r>
        <w:t>VIII</w:t>
      </w:r>
      <w:r w:rsidR="00CD1CA4">
        <w:t>.</w:t>
      </w:r>
      <w:r>
        <w:br/>
        <w:t xml:space="preserve">2. Prace </w:t>
      </w:r>
      <w:proofErr w:type="spellStart"/>
      <w:r>
        <w:t>oceniane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w </w:t>
      </w:r>
      <w:r w:rsidR="00CD1CA4">
        <w:t xml:space="preserve">2 </w:t>
      </w:r>
      <w:proofErr w:type="spellStart"/>
      <w:r>
        <w:t>kategoriach</w:t>
      </w:r>
      <w:proofErr w:type="spellEnd"/>
      <w:r>
        <w:t xml:space="preserve">: </w:t>
      </w:r>
      <w:proofErr w:type="spellStart"/>
      <w:r>
        <w:t>klasy</w:t>
      </w:r>
      <w:proofErr w:type="spellEnd"/>
      <w:r>
        <w:t xml:space="preserve"> I-IV, V-VIII</w:t>
      </w:r>
      <w:r w:rsidR="00CD1CA4">
        <w:t>.</w:t>
      </w:r>
      <w:r>
        <w:br/>
        <w:t xml:space="preserve">3. </w:t>
      </w:r>
      <w:proofErr w:type="spellStart"/>
      <w:r>
        <w:t>Prace</w:t>
      </w:r>
      <w:proofErr w:type="spellEnd"/>
      <w:r>
        <w:t xml:space="preserve"> </w:t>
      </w:r>
      <w:proofErr w:type="spellStart"/>
      <w:r>
        <w:t>konkursowe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 w:rsidR="00CD1CA4">
        <w:t>dostarczyć</w:t>
      </w:r>
      <w:proofErr w:type="spellEnd"/>
      <w:r w:rsidR="00CD1CA4">
        <w:t xml:space="preserve"> </w:t>
      </w:r>
      <w:proofErr w:type="spellStart"/>
      <w:r w:rsidR="00CD1CA4">
        <w:t>lub</w:t>
      </w:r>
      <w:proofErr w:type="spellEnd"/>
      <w:r w:rsidR="00CD1CA4">
        <w:t xml:space="preserve"> </w:t>
      </w:r>
      <w:proofErr w:type="spellStart"/>
      <w:r>
        <w:t>przesłać</w:t>
      </w:r>
      <w:proofErr w:type="spellEnd"/>
      <w:r>
        <w:t xml:space="preserve"> </w:t>
      </w:r>
      <w:proofErr w:type="spellStart"/>
      <w:r>
        <w:t>indywidualnie</w:t>
      </w:r>
      <w:proofErr w:type="spellEnd"/>
      <w:r w:rsidR="00CD1CA4">
        <w:t xml:space="preserve"> </w:t>
      </w:r>
      <w:r>
        <w:t xml:space="preserve">na </w:t>
      </w:r>
      <w:proofErr w:type="spellStart"/>
      <w:r>
        <w:t>adres</w:t>
      </w:r>
      <w:proofErr w:type="spellEnd"/>
      <w:r>
        <w:t xml:space="preserve">: </w:t>
      </w:r>
      <w:r w:rsidR="00CD1CA4">
        <w:t xml:space="preserve">Zespół </w:t>
      </w:r>
      <w:proofErr w:type="spellStart"/>
      <w:r w:rsidR="00CD1CA4">
        <w:t>Interdyscyplinarny</w:t>
      </w:r>
      <w:proofErr w:type="spellEnd"/>
      <w:r w:rsidR="00CD1CA4">
        <w:t xml:space="preserve">, </w:t>
      </w:r>
      <w:proofErr w:type="spellStart"/>
      <w:r w:rsidR="00CD1CA4">
        <w:t>Ośrodek</w:t>
      </w:r>
      <w:proofErr w:type="spellEnd"/>
      <w:r w:rsidR="00CD1CA4">
        <w:t xml:space="preserve"> </w:t>
      </w:r>
      <w:proofErr w:type="spellStart"/>
      <w:r w:rsidR="00CD1CA4">
        <w:t>Pomocy</w:t>
      </w:r>
      <w:proofErr w:type="spellEnd"/>
      <w:r w:rsidR="00CD1CA4">
        <w:t xml:space="preserve"> </w:t>
      </w:r>
      <w:proofErr w:type="spellStart"/>
      <w:r w:rsidR="00CD1CA4">
        <w:t>Społecznej</w:t>
      </w:r>
      <w:proofErr w:type="spellEnd"/>
      <w:r w:rsidR="00CD1CA4">
        <w:t xml:space="preserve">, </w:t>
      </w:r>
      <w:proofErr w:type="spellStart"/>
      <w:r w:rsidR="00CD1CA4">
        <w:t>ul</w:t>
      </w:r>
      <w:proofErr w:type="spellEnd"/>
      <w:r w:rsidR="00CD1CA4">
        <w:t xml:space="preserve">. </w:t>
      </w:r>
      <w:proofErr w:type="spellStart"/>
      <w:r w:rsidR="00CD1CA4">
        <w:t>Niepodległości</w:t>
      </w:r>
      <w:proofErr w:type="spellEnd"/>
      <w:r w:rsidR="00CD1CA4">
        <w:t xml:space="preserve"> 6, 77-230 </w:t>
      </w:r>
      <w:proofErr w:type="spellStart"/>
      <w:r w:rsidR="00CD1CA4">
        <w:t>Kępice</w:t>
      </w:r>
      <w:proofErr w:type="spellEnd"/>
      <w:r w:rsidR="00CD1CA4">
        <w:t xml:space="preserve">. Do </w:t>
      </w:r>
      <w:proofErr w:type="spellStart"/>
      <w:r w:rsidR="00CD1CA4">
        <w:t>dnia</w:t>
      </w:r>
      <w:proofErr w:type="spellEnd"/>
      <w:r w:rsidR="00CD1CA4">
        <w:t xml:space="preserve"> </w:t>
      </w:r>
      <w:r w:rsidR="00CD1CA4" w:rsidRPr="00CD1CA4">
        <w:rPr>
          <w:b/>
        </w:rPr>
        <w:t xml:space="preserve">1 </w:t>
      </w:r>
      <w:proofErr w:type="spellStart"/>
      <w:r w:rsidR="00CD1CA4" w:rsidRPr="00CD1CA4">
        <w:rPr>
          <w:b/>
        </w:rPr>
        <w:t>grudnia</w:t>
      </w:r>
      <w:proofErr w:type="spellEnd"/>
      <w:r w:rsidR="00CD1CA4" w:rsidRPr="00CD1CA4">
        <w:rPr>
          <w:b/>
        </w:rPr>
        <w:t xml:space="preserve"> 2025 r. do </w:t>
      </w:r>
      <w:proofErr w:type="spellStart"/>
      <w:r w:rsidR="00CD1CA4" w:rsidRPr="00CD1CA4">
        <w:rPr>
          <w:b/>
        </w:rPr>
        <w:t>godz</w:t>
      </w:r>
      <w:proofErr w:type="spellEnd"/>
      <w:r w:rsidR="00CD1CA4" w:rsidRPr="00CD1CA4">
        <w:rPr>
          <w:b/>
        </w:rPr>
        <w:t>. 14.00</w:t>
      </w:r>
      <w:r w:rsidR="00CD1CA4">
        <w:t xml:space="preserve"> </w:t>
      </w:r>
      <w:proofErr w:type="spellStart"/>
      <w:r w:rsidRPr="00CD1CA4">
        <w:t>wraz</w:t>
      </w:r>
      <w:proofErr w:type="spellEnd"/>
      <w:r w:rsidRPr="00CD1CA4">
        <w:t xml:space="preserve"> z </w:t>
      </w:r>
      <w:proofErr w:type="spellStart"/>
      <w:r w:rsidRPr="00CD1CA4">
        <w:rPr>
          <w:b/>
        </w:rPr>
        <w:t>załączoną</w:t>
      </w:r>
      <w:proofErr w:type="spellEnd"/>
      <w:r w:rsidRPr="00CD1CA4">
        <w:rPr>
          <w:b/>
        </w:rPr>
        <w:t xml:space="preserve"> </w:t>
      </w:r>
      <w:proofErr w:type="spellStart"/>
      <w:r w:rsidRPr="00CD1CA4">
        <w:rPr>
          <w:b/>
        </w:rPr>
        <w:t>i</w:t>
      </w:r>
      <w:proofErr w:type="spellEnd"/>
      <w:r w:rsidRPr="00CD1CA4">
        <w:rPr>
          <w:b/>
        </w:rPr>
        <w:t xml:space="preserve"> podpisaną zgodą</w:t>
      </w:r>
      <w:r w:rsidRPr="00CD1CA4">
        <w:t xml:space="preserve"> na </w:t>
      </w:r>
      <w:r w:rsidRPr="00CD1CA4">
        <w:rPr>
          <w:b/>
        </w:rPr>
        <w:t xml:space="preserve">przetwarzanie danych osobowych </w:t>
      </w:r>
      <w:proofErr w:type="spellStart"/>
      <w:r w:rsidRPr="00CD1CA4">
        <w:rPr>
          <w:b/>
        </w:rPr>
        <w:t>ora</w:t>
      </w:r>
      <w:r w:rsidR="00CD1CA4" w:rsidRPr="00CD1CA4">
        <w:rPr>
          <w:b/>
        </w:rPr>
        <w:t>z</w:t>
      </w:r>
      <w:proofErr w:type="spellEnd"/>
      <w:r w:rsidR="00CD1CA4" w:rsidRPr="00CD1CA4">
        <w:rPr>
          <w:b/>
        </w:rPr>
        <w:t xml:space="preserve"> </w:t>
      </w:r>
      <w:proofErr w:type="spellStart"/>
      <w:r w:rsidR="00CD1CA4" w:rsidRPr="00CD1CA4">
        <w:rPr>
          <w:b/>
        </w:rPr>
        <w:t>oznaczeniem</w:t>
      </w:r>
      <w:proofErr w:type="spellEnd"/>
      <w:r w:rsidR="00CD1CA4" w:rsidRPr="00CD1CA4">
        <w:rPr>
          <w:b/>
        </w:rPr>
        <w:t xml:space="preserve"> </w:t>
      </w:r>
      <w:proofErr w:type="spellStart"/>
      <w:r w:rsidR="00CD1CA4" w:rsidRPr="00CD1CA4">
        <w:rPr>
          <w:b/>
        </w:rPr>
        <w:t>pracy</w:t>
      </w:r>
      <w:proofErr w:type="spellEnd"/>
      <w:r w:rsidR="00CD1CA4" w:rsidRPr="00CD1CA4">
        <w:rPr>
          <w:b/>
        </w:rPr>
        <w:t xml:space="preserve"> </w:t>
      </w:r>
      <w:proofErr w:type="spellStart"/>
      <w:r w:rsidR="00CD1CA4" w:rsidRPr="00CD1CA4">
        <w:rPr>
          <w:b/>
        </w:rPr>
        <w:t>konkursowej</w:t>
      </w:r>
      <w:proofErr w:type="spellEnd"/>
      <w:r w:rsidR="00CD1CA4" w:rsidRPr="00CD1CA4">
        <w:t xml:space="preserve"> (</w:t>
      </w:r>
      <w:proofErr w:type="spellStart"/>
      <w:r w:rsidR="00CD1CA4">
        <w:t>załączniki</w:t>
      </w:r>
      <w:proofErr w:type="spellEnd"/>
      <w:r w:rsidR="00CD1CA4">
        <w:t xml:space="preserve"> do </w:t>
      </w:r>
      <w:proofErr w:type="spellStart"/>
      <w:r w:rsidR="00CD1CA4">
        <w:t>regulaminu</w:t>
      </w:r>
      <w:proofErr w:type="spellEnd"/>
      <w:r w:rsidR="00CD1CA4">
        <w:t xml:space="preserve"> </w:t>
      </w:r>
      <w:proofErr w:type="spellStart"/>
      <w:r w:rsidR="00CD1CA4">
        <w:t>konkursu</w:t>
      </w:r>
      <w:proofErr w:type="spellEnd"/>
      <w:r w:rsidR="00CD1CA4" w:rsidRPr="00CD1CA4">
        <w:t>).</w:t>
      </w:r>
      <w:r w:rsidRPr="00CD1CA4">
        <w:br/>
        <w:t>4. Prace przekazane na konkurs muszą być pracami własnymi (autorskimi), wykonanymi na papierze przy użyciu: farb, kredek, pasteli, ołówka lub węgla. Obowiązuj</w:t>
      </w:r>
      <w:r w:rsidRPr="00CD1CA4">
        <w:t xml:space="preserve">e dowolność przy wyborze techniki, </w:t>
      </w:r>
      <w:proofErr w:type="spellStart"/>
      <w:r w:rsidRPr="00CD1CA4">
        <w:t>rodzaju</w:t>
      </w:r>
      <w:proofErr w:type="spellEnd"/>
      <w:r w:rsidRPr="00CD1CA4">
        <w:t xml:space="preserve"> </w:t>
      </w:r>
      <w:proofErr w:type="spellStart"/>
      <w:r w:rsidRPr="00CD1CA4">
        <w:t>farb</w:t>
      </w:r>
      <w:proofErr w:type="spellEnd"/>
      <w:r w:rsidRPr="00CD1CA4">
        <w:t xml:space="preserve"> </w:t>
      </w:r>
      <w:proofErr w:type="spellStart"/>
      <w:r w:rsidRPr="00CD1CA4">
        <w:t>i</w:t>
      </w:r>
      <w:proofErr w:type="spellEnd"/>
      <w:r w:rsidRPr="00CD1CA4">
        <w:t xml:space="preserve"> </w:t>
      </w:r>
      <w:r w:rsidR="00CD1CA4" w:rsidRPr="00CD1CA4">
        <w:t xml:space="preserve">pastel. </w:t>
      </w:r>
      <w:proofErr w:type="spellStart"/>
      <w:r w:rsidR="00CD1CA4" w:rsidRPr="00CD1CA4">
        <w:t>Preferowany</w:t>
      </w:r>
      <w:proofErr w:type="spellEnd"/>
      <w:r w:rsidR="00CD1CA4" w:rsidRPr="00CD1CA4">
        <w:t xml:space="preserve"> </w:t>
      </w:r>
      <w:r w:rsidR="00CD1CA4" w:rsidRPr="00800620">
        <w:rPr>
          <w:b/>
        </w:rPr>
        <w:t xml:space="preserve">format </w:t>
      </w:r>
      <w:proofErr w:type="spellStart"/>
      <w:r w:rsidR="00CD1CA4" w:rsidRPr="00800620">
        <w:rPr>
          <w:b/>
        </w:rPr>
        <w:t>pracy</w:t>
      </w:r>
      <w:proofErr w:type="spellEnd"/>
      <w:r w:rsidR="00CD1CA4" w:rsidRPr="00800620">
        <w:rPr>
          <w:b/>
        </w:rPr>
        <w:t xml:space="preserve"> to A3</w:t>
      </w:r>
      <w:r w:rsidRPr="00CD1CA4">
        <w:t>.</w:t>
      </w:r>
      <w:r w:rsidRPr="00CD1CA4">
        <w:br/>
        <w:t>5. Każdy z uczestników może przekazać tylko jedną pracę.</w:t>
      </w:r>
      <w:r w:rsidRPr="00CD1CA4">
        <w:br/>
        <w:t xml:space="preserve">6. Prace powinny być opatrzone tytułem oraz danymi autora: </w:t>
      </w:r>
      <w:r w:rsidRPr="00800620">
        <w:rPr>
          <w:b/>
        </w:rPr>
        <w:t xml:space="preserve">imię </w:t>
      </w:r>
      <w:proofErr w:type="spellStart"/>
      <w:r w:rsidRPr="00800620">
        <w:rPr>
          <w:b/>
        </w:rPr>
        <w:t>i</w:t>
      </w:r>
      <w:proofErr w:type="spellEnd"/>
      <w:r w:rsidRPr="00800620">
        <w:rPr>
          <w:b/>
        </w:rPr>
        <w:t xml:space="preserve"> </w:t>
      </w:r>
      <w:proofErr w:type="spellStart"/>
      <w:r w:rsidRPr="00800620">
        <w:rPr>
          <w:b/>
        </w:rPr>
        <w:t>nazwisko</w:t>
      </w:r>
      <w:proofErr w:type="spellEnd"/>
      <w:r w:rsidRPr="00800620">
        <w:rPr>
          <w:b/>
        </w:rPr>
        <w:t xml:space="preserve">, </w:t>
      </w:r>
      <w:proofErr w:type="spellStart"/>
      <w:r w:rsidRPr="00800620">
        <w:rPr>
          <w:b/>
        </w:rPr>
        <w:t>tytuł</w:t>
      </w:r>
      <w:proofErr w:type="spellEnd"/>
      <w:r w:rsidRPr="00800620">
        <w:rPr>
          <w:b/>
        </w:rPr>
        <w:t xml:space="preserve"> </w:t>
      </w:r>
      <w:proofErr w:type="spellStart"/>
      <w:r w:rsidRPr="00800620">
        <w:rPr>
          <w:b/>
        </w:rPr>
        <w:t>pracy</w:t>
      </w:r>
      <w:proofErr w:type="spellEnd"/>
      <w:r w:rsidRPr="00800620">
        <w:rPr>
          <w:b/>
        </w:rPr>
        <w:t>,</w:t>
      </w:r>
      <w:r w:rsidRPr="00800620">
        <w:rPr>
          <w:b/>
        </w:rPr>
        <w:t xml:space="preserve"> </w:t>
      </w:r>
      <w:proofErr w:type="spellStart"/>
      <w:r w:rsidRPr="00800620">
        <w:rPr>
          <w:b/>
        </w:rPr>
        <w:t>klasa</w:t>
      </w:r>
      <w:proofErr w:type="spellEnd"/>
      <w:r w:rsidRPr="00800620">
        <w:rPr>
          <w:b/>
        </w:rPr>
        <w:t xml:space="preserve">, </w:t>
      </w:r>
      <w:r w:rsidR="00CD1CA4" w:rsidRPr="00800620">
        <w:rPr>
          <w:b/>
        </w:rPr>
        <w:t xml:space="preserve"> </w:t>
      </w:r>
      <w:proofErr w:type="spellStart"/>
      <w:r w:rsidRPr="00800620">
        <w:rPr>
          <w:b/>
        </w:rPr>
        <w:t>nazwa</w:t>
      </w:r>
      <w:proofErr w:type="spellEnd"/>
      <w:r w:rsidRPr="00800620">
        <w:rPr>
          <w:b/>
        </w:rPr>
        <w:t xml:space="preserve"> </w:t>
      </w:r>
      <w:proofErr w:type="spellStart"/>
      <w:r w:rsidRPr="00800620">
        <w:rPr>
          <w:b/>
        </w:rPr>
        <w:t>szkoły</w:t>
      </w:r>
      <w:proofErr w:type="spellEnd"/>
      <w:r w:rsidRPr="00800620">
        <w:rPr>
          <w:b/>
        </w:rPr>
        <w:t xml:space="preserve">, </w:t>
      </w:r>
      <w:proofErr w:type="spellStart"/>
      <w:r w:rsidRPr="00800620">
        <w:rPr>
          <w:b/>
        </w:rPr>
        <w:t>imię</w:t>
      </w:r>
      <w:proofErr w:type="spellEnd"/>
      <w:r w:rsidRPr="00800620">
        <w:rPr>
          <w:b/>
        </w:rPr>
        <w:t xml:space="preserve"> </w:t>
      </w:r>
      <w:proofErr w:type="spellStart"/>
      <w:r w:rsidRPr="00800620">
        <w:rPr>
          <w:b/>
        </w:rPr>
        <w:t>i</w:t>
      </w:r>
      <w:proofErr w:type="spellEnd"/>
      <w:r w:rsidRPr="00800620">
        <w:rPr>
          <w:b/>
        </w:rPr>
        <w:t xml:space="preserve"> nazwisko opiekuna szkoły oraz jego numer telefonu i adres e-mail</w:t>
      </w:r>
      <w:r w:rsidRPr="00CD1CA4">
        <w:t>. Prace nieoznaczone nie będą rozpatrywane.</w:t>
      </w:r>
      <w:r w:rsidRPr="00CD1CA4">
        <w:br/>
        <w:t>7. Przekazane dane osobowe będą wykorzystywane wyłącznie do przeprowadzenia konkursu.</w:t>
      </w:r>
      <w:r w:rsidRPr="00CD1CA4">
        <w:br/>
        <w:t>8. Naru</w:t>
      </w:r>
      <w:r w:rsidRPr="00CD1CA4">
        <w:t>szenie któregokolwiek z warunków zawartych w regulaminie będzie oznaczało niezakwalifikowanie pracy.</w:t>
      </w:r>
      <w:r w:rsidRPr="00CD1CA4">
        <w:rPr>
          <w:color w:val="FF0000"/>
        </w:rPr>
        <w:br/>
      </w:r>
      <w:r w:rsidRPr="00CD1CA4">
        <w:rPr>
          <w:color w:val="FF0000"/>
        </w:rPr>
        <w:br/>
      </w:r>
      <w:r w:rsidRPr="00800620">
        <w:rPr>
          <w:b/>
        </w:rPr>
        <w:t>Wyniki konkursu i nagrody:</w:t>
      </w:r>
      <w:r w:rsidRPr="00800620">
        <w:rPr>
          <w:b/>
        </w:rPr>
        <w:br/>
      </w:r>
      <w:r w:rsidRPr="00800620">
        <w:t>1. Jury powołane przez Organizatorów wyłoni laureatów konkursu.</w:t>
      </w:r>
      <w:r w:rsidRPr="00800620">
        <w:br/>
      </w:r>
      <w:r w:rsidRPr="00800620">
        <w:lastRenderedPageBreak/>
        <w:t xml:space="preserve">2. Przy ocenie prac będą brane pod uwagę: zgodność z tematyką, </w:t>
      </w:r>
      <w:r w:rsidRPr="00800620">
        <w:t>estetyka pracy, walory artystyczne i oryginalność.</w:t>
      </w:r>
      <w:r w:rsidRPr="00800620">
        <w:br/>
      </w:r>
      <w:r w:rsidR="00800620">
        <w:t xml:space="preserve">3. </w:t>
      </w:r>
      <w:r w:rsidR="00800620" w:rsidRPr="00800620">
        <w:t xml:space="preserve">Ogłoszenie </w:t>
      </w:r>
      <w:proofErr w:type="spellStart"/>
      <w:r w:rsidR="00800620" w:rsidRPr="00800620">
        <w:t>wyników</w:t>
      </w:r>
      <w:proofErr w:type="spellEnd"/>
      <w:r w:rsidR="00800620" w:rsidRPr="00800620">
        <w:t xml:space="preserve"> </w:t>
      </w:r>
      <w:proofErr w:type="spellStart"/>
      <w:r w:rsidR="00800620" w:rsidRPr="00800620">
        <w:t>nastąpi</w:t>
      </w:r>
      <w:proofErr w:type="spellEnd"/>
      <w:r w:rsidR="00800620" w:rsidRPr="00800620">
        <w:t xml:space="preserve"> </w:t>
      </w:r>
      <w:r w:rsidRPr="00800620">
        <w:t xml:space="preserve"> </w:t>
      </w:r>
      <w:r w:rsidR="00800620">
        <w:rPr>
          <w:b/>
        </w:rPr>
        <w:t xml:space="preserve">9 </w:t>
      </w:r>
      <w:proofErr w:type="spellStart"/>
      <w:r w:rsidR="00800620">
        <w:rPr>
          <w:b/>
        </w:rPr>
        <w:t>grudnia</w:t>
      </w:r>
      <w:proofErr w:type="spellEnd"/>
      <w:r w:rsidR="00800620">
        <w:rPr>
          <w:b/>
        </w:rPr>
        <w:t xml:space="preserve"> 2025 </w:t>
      </w:r>
      <w:proofErr w:type="spellStart"/>
      <w:r w:rsidR="00800620">
        <w:rPr>
          <w:b/>
        </w:rPr>
        <w:t>roku</w:t>
      </w:r>
      <w:proofErr w:type="spellEnd"/>
      <w:r w:rsidR="00800620">
        <w:rPr>
          <w:b/>
        </w:rPr>
        <w:t xml:space="preserve"> do godz.12</w:t>
      </w:r>
      <w:r w:rsidR="00800620" w:rsidRPr="00800620">
        <w:rPr>
          <w:b/>
        </w:rPr>
        <w:t>.00</w:t>
      </w:r>
      <w:r w:rsidR="00800620" w:rsidRPr="00800620">
        <w:t xml:space="preserve">. </w:t>
      </w:r>
      <w:proofErr w:type="spellStart"/>
      <w:r w:rsidR="00800620" w:rsidRPr="00800620">
        <w:t>Następnie</w:t>
      </w:r>
      <w:proofErr w:type="spellEnd"/>
      <w:r w:rsidR="00800620" w:rsidRPr="00800620">
        <w:t xml:space="preserve"> </w:t>
      </w:r>
      <w:proofErr w:type="spellStart"/>
      <w:r w:rsidR="00800620" w:rsidRPr="00800620">
        <w:t>i</w:t>
      </w:r>
      <w:r w:rsidRPr="00800620">
        <w:t>nformacja</w:t>
      </w:r>
      <w:proofErr w:type="spellEnd"/>
      <w:r w:rsidRPr="00800620">
        <w:t xml:space="preserve"> o </w:t>
      </w:r>
      <w:proofErr w:type="spellStart"/>
      <w:r w:rsidRPr="00800620">
        <w:t>laureatach</w:t>
      </w:r>
      <w:proofErr w:type="spellEnd"/>
      <w:r w:rsidRPr="00800620">
        <w:t xml:space="preserve"> </w:t>
      </w:r>
      <w:proofErr w:type="spellStart"/>
      <w:r w:rsidRPr="00800620">
        <w:t>zostanie</w:t>
      </w:r>
      <w:proofErr w:type="spellEnd"/>
      <w:r w:rsidRPr="00800620">
        <w:t xml:space="preserve"> </w:t>
      </w:r>
      <w:proofErr w:type="spellStart"/>
      <w:r w:rsidRPr="00800620">
        <w:t>umieszczona</w:t>
      </w:r>
      <w:r w:rsidR="00800620">
        <w:t>w</w:t>
      </w:r>
      <w:proofErr w:type="spellEnd"/>
      <w:r w:rsidR="00800620">
        <w:t xml:space="preserve"> w </w:t>
      </w:r>
      <w:proofErr w:type="spellStart"/>
      <w:r w:rsidR="00800620">
        <w:t>możliwie</w:t>
      </w:r>
      <w:proofErr w:type="spellEnd"/>
      <w:r w:rsidR="00800620">
        <w:t xml:space="preserve"> </w:t>
      </w:r>
      <w:proofErr w:type="spellStart"/>
      <w:r w:rsidR="00800620">
        <w:t>najszybszym</w:t>
      </w:r>
      <w:proofErr w:type="spellEnd"/>
      <w:r w:rsidR="00800620">
        <w:t xml:space="preserve"> </w:t>
      </w:r>
      <w:proofErr w:type="spellStart"/>
      <w:r w:rsidR="00800620">
        <w:t>terminie</w:t>
      </w:r>
      <w:proofErr w:type="spellEnd"/>
      <w:r w:rsidRPr="00800620">
        <w:t xml:space="preserve"> na </w:t>
      </w:r>
      <w:proofErr w:type="spellStart"/>
      <w:r w:rsidRPr="00800620">
        <w:t>stronie</w:t>
      </w:r>
      <w:proofErr w:type="spellEnd"/>
      <w:r w:rsidRPr="00800620">
        <w:t xml:space="preserve"> </w:t>
      </w:r>
      <w:proofErr w:type="spellStart"/>
      <w:r w:rsidRPr="00800620">
        <w:t>internetowe</w:t>
      </w:r>
      <w:r w:rsidRPr="00800620">
        <w:t>j</w:t>
      </w:r>
      <w:proofErr w:type="spellEnd"/>
      <w:r w:rsidRPr="00800620">
        <w:t>/</w:t>
      </w:r>
      <w:proofErr w:type="spellStart"/>
      <w:r w:rsidRPr="00800620">
        <w:t>facebooku</w:t>
      </w:r>
      <w:proofErr w:type="spellEnd"/>
      <w:r w:rsidRPr="00800620">
        <w:t xml:space="preserve"> </w:t>
      </w:r>
      <w:proofErr w:type="spellStart"/>
      <w:r w:rsidR="00800620" w:rsidRPr="00800620">
        <w:t>Gminy</w:t>
      </w:r>
      <w:proofErr w:type="spellEnd"/>
      <w:r w:rsidR="00800620" w:rsidRPr="00800620">
        <w:t xml:space="preserve"> </w:t>
      </w:r>
      <w:proofErr w:type="spellStart"/>
      <w:r w:rsidR="00800620" w:rsidRPr="00800620">
        <w:t>Kępice</w:t>
      </w:r>
      <w:proofErr w:type="spellEnd"/>
      <w:r w:rsidRPr="00800620">
        <w:t>.</w:t>
      </w:r>
      <w:r w:rsidR="00800620">
        <w:t xml:space="preserve"> </w:t>
      </w:r>
      <w:r w:rsidRPr="00800620">
        <w:br/>
        <w:t xml:space="preserve">4. </w:t>
      </w:r>
      <w:proofErr w:type="spellStart"/>
      <w:r w:rsidRPr="00800620">
        <w:t>Nagrody</w:t>
      </w:r>
      <w:proofErr w:type="spellEnd"/>
      <w:r w:rsidRPr="00800620">
        <w:t xml:space="preserve"> </w:t>
      </w:r>
      <w:r w:rsidR="00800620" w:rsidRPr="00800620">
        <w:t xml:space="preserve">w </w:t>
      </w:r>
      <w:proofErr w:type="spellStart"/>
      <w:r w:rsidR="00800620" w:rsidRPr="00800620">
        <w:t>konkursie</w:t>
      </w:r>
      <w:proofErr w:type="spellEnd"/>
      <w:r w:rsidR="00800620" w:rsidRPr="00800620">
        <w:t xml:space="preserve"> </w:t>
      </w:r>
      <w:proofErr w:type="spellStart"/>
      <w:r w:rsidR="00800620" w:rsidRPr="00800620">
        <w:t>będą</w:t>
      </w:r>
      <w:proofErr w:type="spellEnd"/>
      <w:r w:rsidR="00800620" w:rsidRPr="00800620">
        <w:t xml:space="preserve"> </w:t>
      </w:r>
      <w:proofErr w:type="spellStart"/>
      <w:r w:rsidR="00800620" w:rsidRPr="00800620">
        <w:t>miały</w:t>
      </w:r>
      <w:proofErr w:type="spellEnd"/>
      <w:r w:rsidR="00800620" w:rsidRPr="00800620">
        <w:t xml:space="preserve"> character </w:t>
      </w:r>
      <w:proofErr w:type="spellStart"/>
      <w:r w:rsidR="00800620" w:rsidRPr="00800620">
        <w:t>rzeczowy</w:t>
      </w:r>
      <w:proofErr w:type="spellEnd"/>
      <w:r w:rsidR="00800620" w:rsidRPr="00800620">
        <w:t xml:space="preserve"> </w:t>
      </w:r>
      <w:proofErr w:type="spellStart"/>
      <w:r w:rsidR="00800620" w:rsidRPr="00800620">
        <w:t>i</w:t>
      </w:r>
      <w:proofErr w:type="spellEnd"/>
      <w:r w:rsidR="00800620" w:rsidRPr="00800620">
        <w:t xml:space="preserve"> </w:t>
      </w:r>
      <w:proofErr w:type="spellStart"/>
      <w:r w:rsidR="00800620" w:rsidRPr="00800620">
        <w:t>będą</w:t>
      </w:r>
      <w:proofErr w:type="spellEnd"/>
      <w:r w:rsidR="00800620" w:rsidRPr="00800620">
        <w:t xml:space="preserve"> </w:t>
      </w:r>
      <w:proofErr w:type="spellStart"/>
      <w:r w:rsidR="00800620" w:rsidRPr="00800620">
        <w:t>przyznane</w:t>
      </w:r>
      <w:proofErr w:type="spellEnd"/>
      <w:r w:rsidR="00800620" w:rsidRPr="00800620">
        <w:t xml:space="preserve"> 1,2,3 </w:t>
      </w:r>
      <w:proofErr w:type="spellStart"/>
      <w:r w:rsidR="00800620" w:rsidRPr="00800620">
        <w:t>miejsce</w:t>
      </w:r>
      <w:proofErr w:type="spellEnd"/>
      <w:r w:rsidR="00800620" w:rsidRPr="00800620">
        <w:t xml:space="preserve"> </w:t>
      </w:r>
      <w:proofErr w:type="spellStart"/>
      <w:r w:rsidR="00800620" w:rsidRPr="00800620">
        <w:t>oraz</w:t>
      </w:r>
      <w:proofErr w:type="spellEnd"/>
      <w:r w:rsidR="00800620" w:rsidRPr="00800620">
        <w:t xml:space="preserve"> </w:t>
      </w:r>
      <w:proofErr w:type="spellStart"/>
      <w:r w:rsidR="00800620" w:rsidRPr="00800620">
        <w:t>wyróżnienia</w:t>
      </w:r>
      <w:proofErr w:type="spellEnd"/>
      <w:r w:rsidR="00800620" w:rsidRPr="00800620">
        <w:t xml:space="preserve"> w </w:t>
      </w:r>
      <w:proofErr w:type="spellStart"/>
      <w:r w:rsidR="00800620" w:rsidRPr="00800620">
        <w:t>poszczególnych</w:t>
      </w:r>
      <w:proofErr w:type="spellEnd"/>
      <w:r w:rsidR="00800620" w:rsidRPr="00800620">
        <w:t xml:space="preserve"> </w:t>
      </w:r>
      <w:proofErr w:type="spellStart"/>
      <w:r w:rsidR="00800620" w:rsidRPr="00800620">
        <w:t>kategoriach</w:t>
      </w:r>
      <w:proofErr w:type="spellEnd"/>
      <w:r w:rsidR="00800620" w:rsidRPr="00800620">
        <w:t xml:space="preserve"> I-IV </w:t>
      </w:r>
      <w:proofErr w:type="spellStart"/>
      <w:r w:rsidR="00800620" w:rsidRPr="00800620">
        <w:t>i</w:t>
      </w:r>
      <w:proofErr w:type="spellEnd"/>
      <w:r w:rsidR="00800620" w:rsidRPr="00800620">
        <w:t xml:space="preserve"> V-VIII.</w:t>
      </w:r>
      <w:r w:rsidRPr="00800620">
        <w:br/>
      </w:r>
      <w:r w:rsidRPr="00800620">
        <w:t>5. Jury ma prawo do przyznania dodatkowych nagród oraz prawo do nieprzyznania nagród.</w:t>
      </w:r>
      <w:r w:rsidRPr="00800620">
        <w:br/>
        <w:t>6. Decyzja jury jest ostateczna.</w:t>
      </w:r>
      <w:r w:rsidRPr="00800620">
        <w:br/>
        <w:t>7. Nagrody rzeczowe nie podlegają wymianie.</w:t>
      </w:r>
      <w:r w:rsidRPr="00CD1CA4">
        <w:rPr>
          <w:color w:val="FF0000"/>
        </w:rPr>
        <w:br/>
      </w:r>
      <w:r w:rsidRPr="00987EC5">
        <w:br/>
      </w:r>
      <w:proofErr w:type="spellStart"/>
      <w:r w:rsidRPr="00987EC5">
        <w:rPr>
          <w:b/>
        </w:rPr>
        <w:t>Wręczenie</w:t>
      </w:r>
      <w:proofErr w:type="spellEnd"/>
      <w:r w:rsidRPr="00987EC5">
        <w:rPr>
          <w:b/>
        </w:rPr>
        <w:t xml:space="preserve"> </w:t>
      </w:r>
      <w:proofErr w:type="spellStart"/>
      <w:r w:rsidRPr="00987EC5">
        <w:rPr>
          <w:b/>
        </w:rPr>
        <w:t>nag</w:t>
      </w:r>
      <w:r w:rsidRPr="00987EC5">
        <w:rPr>
          <w:b/>
        </w:rPr>
        <w:t>ród</w:t>
      </w:r>
      <w:proofErr w:type="spellEnd"/>
      <w:r w:rsidRPr="00987EC5">
        <w:rPr>
          <w:b/>
        </w:rPr>
        <w:t>:</w:t>
      </w:r>
      <w:r w:rsidRPr="00987EC5">
        <w:br/>
        <w:t xml:space="preserve">1. </w:t>
      </w:r>
      <w:r w:rsidR="00800620" w:rsidRPr="00987EC5">
        <w:t xml:space="preserve">Wręczenie </w:t>
      </w:r>
      <w:proofErr w:type="spellStart"/>
      <w:r w:rsidR="00800620" w:rsidRPr="00987EC5">
        <w:t>nagród</w:t>
      </w:r>
      <w:proofErr w:type="spellEnd"/>
      <w:r w:rsidR="00800620" w:rsidRPr="00987EC5">
        <w:t xml:space="preserve"> </w:t>
      </w:r>
      <w:proofErr w:type="spellStart"/>
      <w:r w:rsidR="00800620" w:rsidRPr="00987EC5">
        <w:t>odbędzie</w:t>
      </w:r>
      <w:proofErr w:type="spellEnd"/>
      <w:r w:rsidR="00800620" w:rsidRPr="00987EC5">
        <w:t xml:space="preserve"> </w:t>
      </w:r>
      <w:proofErr w:type="spellStart"/>
      <w:r w:rsidR="00800620" w:rsidRPr="00987EC5">
        <w:t>się</w:t>
      </w:r>
      <w:proofErr w:type="spellEnd"/>
      <w:r w:rsidR="00800620" w:rsidRPr="00987EC5">
        <w:t xml:space="preserve"> </w:t>
      </w:r>
      <w:r w:rsidR="00800620" w:rsidRPr="00987EC5">
        <w:rPr>
          <w:b/>
        </w:rPr>
        <w:t xml:space="preserve">18 </w:t>
      </w:r>
      <w:proofErr w:type="spellStart"/>
      <w:r w:rsidR="00800620" w:rsidRPr="00987EC5">
        <w:rPr>
          <w:b/>
        </w:rPr>
        <w:t>grudnia</w:t>
      </w:r>
      <w:proofErr w:type="spellEnd"/>
      <w:r w:rsidR="00800620" w:rsidRPr="00987EC5">
        <w:rPr>
          <w:b/>
        </w:rPr>
        <w:t xml:space="preserve"> 2024r. (</w:t>
      </w:r>
      <w:proofErr w:type="spellStart"/>
      <w:r w:rsidR="00800620" w:rsidRPr="00987EC5">
        <w:rPr>
          <w:b/>
        </w:rPr>
        <w:t>czwartek</w:t>
      </w:r>
      <w:proofErr w:type="spellEnd"/>
      <w:r w:rsidR="00800620" w:rsidRPr="00987EC5">
        <w:rPr>
          <w:b/>
        </w:rPr>
        <w:t>)</w:t>
      </w:r>
      <w:r w:rsidRPr="00987EC5">
        <w:rPr>
          <w:b/>
        </w:rPr>
        <w:t xml:space="preserve"> </w:t>
      </w:r>
      <w:r w:rsidR="00987EC5" w:rsidRPr="00987EC5">
        <w:rPr>
          <w:b/>
        </w:rPr>
        <w:t xml:space="preserve">o </w:t>
      </w:r>
      <w:proofErr w:type="spellStart"/>
      <w:r w:rsidR="00987EC5" w:rsidRPr="00987EC5">
        <w:rPr>
          <w:b/>
        </w:rPr>
        <w:t>godz</w:t>
      </w:r>
      <w:proofErr w:type="spellEnd"/>
      <w:r w:rsidR="00987EC5" w:rsidRPr="00987EC5">
        <w:rPr>
          <w:b/>
        </w:rPr>
        <w:t>. 9.00</w:t>
      </w:r>
      <w:r w:rsidRPr="00987EC5">
        <w:t xml:space="preserve"> w </w:t>
      </w:r>
      <w:proofErr w:type="spellStart"/>
      <w:r w:rsidR="00987EC5" w:rsidRPr="00987EC5">
        <w:t>Bibliotece</w:t>
      </w:r>
      <w:proofErr w:type="spellEnd"/>
      <w:r w:rsidR="00987EC5" w:rsidRPr="00987EC5">
        <w:t xml:space="preserve"> </w:t>
      </w:r>
      <w:proofErr w:type="spellStart"/>
      <w:r w:rsidR="00987EC5" w:rsidRPr="00987EC5">
        <w:t>Publicznej</w:t>
      </w:r>
      <w:proofErr w:type="spellEnd"/>
      <w:r w:rsidR="00987EC5" w:rsidRPr="00987EC5">
        <w:t xml:space="preserve"> </w:t>
      </w:r>
      <w:proofErr w:type="spellStart"/>
      <w:r w:rsidR="00987EC5" w:rsidRPr="00987EC5">
        <w:t>Miasta</w:t>
      </w:r>
      <w:proofErr w:type="spellEnd"/>
      <w:r w:rsidR="00987EC5" w:rsidRPr="00987EC5">
        <w:t xml:space="preserve"> </w:t>
      </w:r>
      <w:proofErr w:type="spellStart"/>
      <w:r w:rsidR="00987EC5" w:rsidRPr="00987EC5">
        <w:t>i</w:t>
      </w:r>
      <w:proofErr w:type="spellEnd"/>
      <w:r w:rsidR="00987EC5" w:rsidRPr="00987EC5">
        <w:t xml:space="preserve"> </w:t>
      </w:r>
      <w:proofErr w:type="spellStart"/>
      <w:r w:rsidR="00987EC5" w:rsidRPr="00987EC5">
        <w:t>Gminy</w:t>
      </w:r>
      <w:proofErr w:type="spellEnd"/>
      <w:r w:rsidR="00987EC5" w:rsidRPr="00987EC5">
        <w:t xml:space="preserve"> </w:t>
      </w:r>
      <w:proofErr w:type="spellStart"/>
      <w:r w:rsidR="00987EC5" w:rsidRPr="00987EC5">
        <w:t>Kępice</w:t>
      </w:r>
      <w:proofErr w:type="spellEnd"/>
      <w:r w:rsidR="00987EC5" w:rsidRPr="00987EC5">
        <w:t xml:space="preserve">, </w:t>
      </w:r>
      <w:proofErr w:type="spellStart"/>
      <w:r w:rsidR="00987EC5" w:rsidRPr="00987EC5">
        <w:t>ul.Pomorska</w:t>
      </w:r>
      <w:proofErr w:type="spellEnd"/>
      <w:r w:rsidR="00987EC5" w:rsidRPr="00987EC5">
        <w:t xml:space="preserve"> 1, 77-230 </w:t>
      </w:r>
      <w:proofErr w:type="spellStart"/>
      <w:r w:rsidR="00987EC5" w:rsidRPr="00987EC5">
        <w:t>Kępice</w:t>
      </w:r>
      <w:proofErr w:type="spellEnd"/>
      <w:r w:rsidR="00987EC5" w:rsidRPr="00987EC5">
        <w:t xml:space="preserve">. </w:t>
      </w:r>
      <w:r w:rsidRPr="00987EC5">
        <w:t xml:space="preserve">W </w:t>
      </w:r>
      <w:proofErr w:type="spellStart"/>
      <w:r w:rsidRPr="00987EC5">
        <w:t>przypadku</w:t>
      </w:r>
      <w:proofErr w:type="spellEnd"/>
      <w:r w:rsidRPr="00987EC5">
        <w:t xml:space="preserve"> </w:t>
      </w:r>
      <w:proofErr w:type="spellStart"/>
      <w:r w:rsidRPr="00987EC5">
        <w:t>braku</w:t>
      </w:r>
      <w:proofErr w:type="spellEnd"/>
      <w:r w:rsidRPr="00987EC5">
        <w:t xml:space="preserve"> </w:t>
      </w:r>
      <w:proofErr w:type="spellStart"/>
      <w:r w:rsidRPr="00987EC5">
        <w:t>możliwości</w:t>
      </w:r>
      <w:proofErr w:type="spellEnd"/>
      <w:r w:rsidR="00987EC5" w:rsidRPr="00987EC5">
        <w:t xml:space="preserve"> </w:t>
      </w:r>
      <w:proofErr w:type="spellStart"/>
      <w:r w:rsidR="00987EC5" w:rsidRPr="00987EC5">
        <w:t>zorganizowania</w:t>
      </w:r>
      <w:proofErr w:type="spellEnd"/>
      <w:r w:rsidR="00987EC5" w:rsidRPr="00987EC5">
        <w:t xml:space="preserve"> </w:t>
      </w:r>
      <w:proofErr w:type="spellStart"/>
      <w:r w:rsidR="00987EC5" w:rsidRPr="00987EC5">
        <w:t>uroczystego</w:t>
      </w:r>
      <w:proofErr w:type="spellEnd"/>
      <w:r w:rsidR="00987EC5" w:rsidRPr="00987EC5">
        <w:t xml:space="preserve"> </w:t>
      </w:r>
      <w:proofErr w:type="spellStart"/>
      <w:r w:rsidR="00987EC5" w:rsidRPr="00987EC5">
        <w:t>wręczenia</w:t>
      </w:r>
      <w:proofErr w:type="spellEnd"/>
      <w:r w:rsidR="00987EC5" w:rsidRPr="00987EC5">
        <w:t xml:space="preserve"> </w:t>
      </w:r>
      <w:proofErr w:type="spellStart"/>
      <w:r w:rsidR="00987EC5" w:rsidRPr="00987EC5">
        <w:t>nagród</w:t>
      </w:r>
      <w:proofErr w:type="spellEnd"/>
      <w:r w:rsidR="00987EC5" w:rsidRPr="00987EC5">
        <w:t xml:space="preserve"> </w:t>
      </w:r>
      <w:r w:rsidRPr="00987EC5">
        <w:t xml:space="preserve"> – </w:t>
      </w:r>
      <w:proofErr w:type="spellStart"/>
      <w:r w:rsidRPr="00987EC5">
        <w:t>nagrody</w:t>
      </w:r>
      <w:proofErr w:type="spellEnd"/>
      <w:r w:rsidRPr="00987EC5">
        <w:t xml:space="preserve"> </w:t>
      </w:r>
      <w:proofErr w:type="spellStart"/>
      <w:r w:rsidRPr="00987EC5">
        <w:t>zostaną</w:t>
      </w:r>
      <w:proofErr w:type="spellEnd"/>
      <w:r w:rsidRPr="00987EC5">
        <w:t xml:space="preserve"> przesłane pocztą.</w:t>
      </w:r>
      <w:r w:rsidRPr="00987EC5">
        <w:br/>
        <w:t>2. O sposobie rozstrzygnięcia konk</w:t>
      </w:r>
      <w:r w:rsidRPr="00987EC5">
        <w:t xml:space="preserve">ursu uczestnicy zostaną </w:t>
      </w:r>
      <w:proofErr w:type="spellStart"/>
      <w:r w:rsidRPr="00987EC5">
        <w:t>poinformowani</w:t>
      </w:r>
      <w:proofErr w:type="spellEnd"/>
      <w:r w:rsidRPr="00987EC5">
        <w:t xml:space="preserve"> </w:t>
      </w:r>
      <w:proofErr w:type="spellStart"/>
      <w:r w:rsidRPr="00987EC5">
        <w:t>telefonicznie</w:t>
      </w:r>
      <w:proofErr w:type="spellEnd"/>
      <w:r w:rsidRPr="00987EC5">
        <w:t xml:space="preserve"> </w:t>
      </w:r>
      <w:proofErr w:type="spellStart"/>
      <w:r w:rsidRPr="00987EC5">
        <w:t>lub</w:t>
      </w:r>
      <w:proofErr w:type="spellEnd"/>
      <w:r w:rsidRPr="00987EC5">
        <w:t xml:space="preserve"> </w:t>
      </w:r>
      <w:proofErr w:type="spellStart"/>
      <w:r w:rsidRPr="00987EC5">
        <w:t>mailowo</w:t>
      </w:r>
      <w:proofErr w:type="spellEnd"/>
      <w:r w:rsidRPr="00987EC5">
        <w:t>.</w:t>
      </w:r>
      <w:r w:rsidRPr="00CD1CA4">
        <w:rPr>
          <w:color w:val="FF0000"/>
        </w:rPr>
        <w:br/>
      </w:r>
      <w:r w:rsidRPr="00987EC5">
        <w:br/>
      </w:r>
      <w:r w:rsidRPr="00987EC5">
        <w:rPr>
          <w:b/>
        </w:rPr>
        <w:t>Wystawa pokonkursowa:</w:t>
      </w:r>
      <w:r w:rsidRPr="00987EC5">
        <w:br/>
        <w:t xml:space="preserve">1. Nagrodzone prace zostaną zaprezentowane na </w:t>
      </w:r>
      <w:proofErr w:type="spellStart"/>
      <w:r w:rsidRPr="00987EC5">
        <w:t>wystawie</w:t>
      </w:r>
      <w:proofErr w:type="spellEnd"/>
      <w:r w:rsidRPr="00987EC5">
        <w:t xml:space="preserve"> w </w:t>
      </w:r>
      <w:proofErr w:type="spellStart"/>
      <w:r w:rsidR="00987EC5" w:rsidRPr="00987EC5">
        <w:t>Bibliotece</w:t>
      </w:r>
      <w:proofErr w:type="spellEnd"/>
      <w:r w:rsidR="00987EC5" w:rsidRPr="00987EC5">
        <w:t xml:space="preserve"> </w:t>
      </w:r>
      <w:proofErr w:type="spellStart"/>
      <w:r w:rsidR="00987EC5" w:rsidRPr="00987EC5">
        <w:t>Publicznej</w:t>
      </w:r>
      <w:proofErr w:type="spellEnd"/>
      <w:r w:rsidR="00987EC5" w:rsidRPr="00987EC5">
        <w:t xml:space="preserve"> </w:t>
      </w:r>
      <w:proofErr w:type="spellStart"/>
      <w:r w:rsidR="00987EC5" w:rsidRPr="00987EC5">
        <w:t>Miasta</w:t>
      </w:r>
      <w:proofErr w:type="spellEnd"/>
      <w:r w:rsidR="00987EC5" w:rsidRPr="00987EC5">
        <w:t xml:space="preserve"> </w:t>
      </w:r>
      <w:proofErr w:type="spellStart"/>
      <w:r w:rsidR="00987EC5" w:rsidRPr="00987EC5">
        <w:t>i</w:t>
      </w:r>
      <w:proofErr w:type="spellEnd"/>
      <w:r w:rsidR="00987EC5" w:rsidRPr="00987EC5">
        <w:t xml:space="preserve"> </w:t>
      </w:r>
      <w:proofErr w:type="spellStart"/>
      <w:r w:rsidR="00987EC5" w:rsidRPr="00987EC5">
        <w:t>Gminy</w:t>
      </w:r>
      <w:proofErr w:type="spellEnd"/>
      <w:r w:rsidR="00987EC5" w:rsidRPr="00987EC5">
        <w:t xml:space="preserve"> </w:t>
      </w:r>
      <w:proofErr w:type="spellStart"/>
      <w:r w:rsidR="00987EC5" w:rsidRPr="00987EC5">
        <w:t>Kępice</w:t>
      </w:r>
      <w:proofErr w:type="spellEnd"/>
      <w:r w:rsidR="00987EC5" w:rsidRPr="00987EC5">
        <w:t xml:space="preserve">, </w:t>
      </w:r>
      <w:proofErr w:type="spellStart"/>
      <w:r w:rsidR="00987EC5" w:rsidRPr="00987EC5">
        <w:t>ul.Pomorska</w:t>
      </w:r>
      <w:proofErr w:type="spellEnd"/>
      <w:r w:rsidR="00987EC5" w:rsidRPr="00987EC5">
        <w:t xml:space="preserve"> 1, 77-230 </w:t>
      </w:r>
      <w:proofErr w:type="spellStart"/>
      <w:r w:rsidR="00987EC5" w:rsidRPr="00987EC5">
        <w:t>Kępice</w:t>
      </w:r>
      <w:proofErr w:type="spellEnd"/>
      <w:r w:rsidR="00987EC5" w:rsidRPr="00987EC5">
        <w:t>.</w:t>
      </w:r>
      <w:r w:rsidRPr="00987EC5">
        <w:br/>
        <w:t xml:space="preserve">2. Mogą zostać pokazane także inne </w:t>
      </w:r>
      <w:proofErr w:type="spellStart"/>
      <w:r w:rsidRPr="00987EC5">
        <w:t>prace</w:t>
      </w:r>
      <w:proofErr w:type="spellEnd"/>
      <w:r w:rsidRPr="00987EC5">
        <w:t xml:space="preserve"> </w:t>
      </w:r>
      <w:proofErr w:type="spellStart"/>
      <w:r w:rsidRPr="00987EC5">
        <w:t>wskazane</w:t>
      </w:r>
      <w:proofErr w:type="spellEnd"/>
      <w:r w:rsidRPr="00987EC5">
        <w:t xml:space="preserve"> </w:t>
      </w:r>
      <w:proofErr w:type="spellStart"/>
      <w:r w:rsidRPr="00987EC5">
        <w:t>przez</w:t>
      </w:r>
      <w:proofErr w:type="spellEnd"/>
      <w:r w:rsidRPr="00987EC5">
        <w:t xml:space="preserve"> jury.</w:t>
      </w:r>
      <w:r w:rsidRPr="00CD1CA4">
        <w:rPr>
          <w:color w:val="FF0000"/>
        </w:rPr>
        <w:br/>
      </w:r>
      <w:r w:rsidRPr="00CD1CA4">
        <w:rPr>
          <w:color w:val="FF0000"/>
        </w:rPr>
        <w:br/>
      </w:r>
      <w:r w:rsidRPr="000C115A">
        <w:rPr>
          <w:b/>
        </w:rPr>
        <w:t>Postanowienia k</w:t>
      </w:r>
      <w:r w:rsidRPr="000C115A">
        <w:rPr>
          <w:b/>
        </w:rPr>
        <w:t>ońcowe:</w:t>
      </w:r>
      <w:r w:rsidRPr="000C115A">
        <w:br/>
        <w:t>1. Przekazanie pracy oznacza akceptację regulaminu.</w:t>
      </w:r>
      <w:r w:rsidRPr="000C115A">
        <w:br/>
        <w:t xml:space="preserve">2. Przekazanie pracy oznacza zgodę na jej </w:t>
      </w:r>
      <w:proofErr w:type="spellStart"/>
      <w:r w:rsidRPr="000C115A">
        <w:t>ekspozycję</w:t>
      </w:r>
      <w:proofErr w:type="spellEnd"/>
      <w:r w:rsidRPr="000C115A">
        <w:t xml:space="preserve"> </w:t>
      </w:r>
      <w:proofErr w:type="spellStart"/>
      <w:r w:rsidRPr="000C115A">
        <w:t>i</w:t>
      </w:r>
      <w:proofErr w:type="spellEnd"/>
      <w:r w:rsidRPr="000C115A">
        <w:t xml:space="preserve"> </w:t>
      </w:r>
      <w:proofErr w:type="spellStart"/>
      <w:r w:rsidRPr="000C115A">
        <w:t>publikację</w:t>
      </w:r>
      <w:proofErr w:type="spellEnd"/>
      <w:r w:rsidRPr="000C115A">
        <w:t xml:space="preserve"> </w:t>
      </w:r>
      <w:proofErr w:type="spellStart"/>
      <w:r w:rsidRPr="000C115A">
        <w:t>zdjęć</w:t>
      </w:r>
      <w:proofErr w:type="spellEnd"/>
      <w:r w:rsidRPr="000C115A">
        <w:t>/</w:t>
      </w:r>
      <w:proofErr w:type="spellStart"/>
      <w:r w:rsidRPr="000C115A">
        <w:t>nagrań</w:t>
      </w:r>
      <w:proofErr w:type="spellEnd"/>
      <w:r w:rsidR="00987EC5" w:rsidRPr="000C115A">
        <w:t xml:space="preserve"> </w:t>
      </w:r>
      <w:proofErr w:type="spellStart"/>
      <w:r w:rsidR="00987EC5" w:rsidRPr="000C115A">
        <w:t>przez</w:t>
      </w:r>
      <w:proofErr w:type="spellEnd"/>
      <w:r w:rsidR="00987EC5" w:rsidRPr="000C115A">
        <w:t xml:space="preserve"> </w:t>
      </w:r>
      <w:proofErr w:type="spellStart"/>
      <w:r w:rsidR="00987EC5" w:rsidRPr="000C115A">
        <w:t>Organizatorów</w:t>
      </w:r>
      <w:proofErr w:type="spellEnd"/>
      <w:r w:rsidR="00987EC5" w:rsidRPr="000C115A">
        <w:t xml:space="preserve"> w </w:t>
      </w:r>
      <w:proofErr w:type="spellStart"/>
      <w:r w:rsidR="00987EC5" w:rsidRPr="000C115A">
        <w:t>miejscach</w:t>
      </w:r>
      <w:proofErr w:type="spellEnd"/>
      <w:r w:rsidR="00987EC5" w:rsidRPr="000C115A">
        <w:t xml:space="preserve"> </w:t>
      </w:r>
      <w:proofErr w:type="spellStart"/>
      <w:r w:rsidR="00987EC5" w:rsidRPr="000C115A">
        <w:t>publicznych</w:t>
      </w:r>
      <w:proofErr w:type="spellEnd"/>
      <w:r w:rsidR="00987EC5" w:rsidRPr="000C115A">
        <w:t xml:space="preserve"> </w:t>
      </w:r>
      <w:proofErr w:type="spellStart"/>
      <w:r w:rsidR="00987EC5" w:rsidRPr="000C115A">
        <w:t>i</w:t>
      </w:r>
      <w:proofErr w:type="spellEnd"/>
      <w:r w:rsidR="00987EC5" w:rsidRPr="000C115A">
        <w:t xml:space="preserve"> w </w:t>
      </w:r>
      <w:proofErr w:type="spellStart"/>
      <w:r w:rsidR="00987EC5" w:rsidRPr="000C115A">
        <w:t>Internecie</w:t>
      </w:r>
      <w:proofErr w:type="spellEnd"/>
      <w:r w:rsidR="00987EC5" w:rsidRPr="000C115A">
        <w:t>.</w:t>
      </w:r>
      <w:r w:rsidRPr="000C115A">
        <w:br/>
        <w:t xml:space="preserve">3. Nagrodzone i wyróżnione prace przechodzą na własność Organizatora. </w:t>
      </w:r>
      <w:proofErr w:type="spellStart"/>
      <w:r w:rsidRPr="000C115A">
        <w:t>Pozos</w:t>
      </w:r>
      <w:r w:rsidR="000C115A" w:rsidRPr="000C115A">
        <w:t>tałe</w:t>
      </w:r>
      <w:proofErr w:type="spellEnd"/>
      <w:r w:rsidR="000C115A" w:rsidRPr="000C115A">
        <w:t xml:space="preserve"> </w:t>
      </w:r>
      <w:proofErr w:type="spellStart"/>
      <w:r w:rsidR="000C115A" w:rsidRPr="000C115A">
        <w:t>będą</w:t>
      </w:r>
      <w:proofErr w:type="spellEnd"/>
      <w:r w:rsidR="000C115A" w:rsidRPr="000C115A">
        <w:t xml:space="preserve"> </w:t>
      </w:r>
      <w:proofErr w:type="spellStart"/>
      <w:r w:rsidR="000C115A" w:rsidRPr="000C115A">
        <w:t>przechowywane</w:t>
      </w:r>
      <w:proofErr w:type="spellEnd"/>
      <w:r w:rsidR="000C115A" w:rsidRPr="000C115A">
        <w:t xml:space="preserve"> do 31 </w:t>
      </w:r>
      <w:proofErr w:type="spellStart"/>
      <w:r w:rsidR="000C115A" w:rsidRPr="000C115A">
        <w:t>grudnia</w:t>
      </w:r>
      <w:proofErr w:type="spellEnd"/>
      <w:r w:rsidR="000C115A" w:rsidRPr="000C115A">
        <w:t xml:space="preserve"> 2025 r. , </w:t>
      </w:r>
      <w:proofErr w:type="spellStart"/>
      <w:r w:rsidR="000C115A" w:rsidRPr="000C115A">
        <w:t>nie</w:t>
      </w:r>
      <w:proofErr w:type="spellEnd"/>
      <w:r w:rsidR="000C115A" w:rsidRPr="000C115A">
        <w:t xml:space="preserve"> </w:t>
      </w:r>
      <w:proofErr w:type="spellStart"/>
      <w:r w:rsidR="000C115A" w:rsidRPr="000C115A">
        <w:t>odebrane</w:t>
      </w:r>
      <w:proofErr w:type="spellEnd"/>
      <w:r w:rsidR="000C115A" w:rsidRPr="000C115A">
        <w:t xml:space="preserve"> do </w:t>
      </w:r>
      <w:proofErr w:type="spellStart"/>
      <w:r w:rsidR="000C115A" w:rsidRPr="000C115A">
        <w:t>tego</w:t>
      </w:r>
      <w:proofErr w:type="spellEnd"/>
      <w:r w:rsidR="000C115A" w:rsidRPr="000C115A">
        <w:t xml:space="preserve"> </w:t>
      </w:r>
      <w:proofErr w:type="spellStart"/>
      <w:r w:rsidR="000C115A" w:rsidRPr="000C115A">
        <w:t>czasu</w:t>
      </w:r>
      <w:proofErr w:type="spellEnd"/>
      <w:r w:rsidR="000C115A" w:rsidRPr="000C115A">
        <w:t xml:space="preserve"> </w:t>
      </w:r>
      <w:proofErr w:type="spellStart"/>
      <w:r w:rsidR="000C115A" w:rsidRPr="000C115A">
        <w:t>prace</w:t>
      </w:r>
      <w:proofErr w:type="spellEnd"/>
      <w:r w:rsidR="000C115A" w:rsidRPr="000C115A">
        <w:t xml:space="preserve"> </w:t>
      </w:r>
      <w:proofErr w:type="spellStart"/>
      <w:r w:rsidR="000C115A" w:rsidRPr="000C115A">
        <w:t>zostaną</w:t>
      </w:r>
      <w:proofErr w:type="spellEnd"/>
      <w:r w:rsidRPr="000C115A">
        <w:t xml:space="preserve"> </w:t>
      </w:r>
      <w:proofErr w:type="spellStart"/>
      <w:r w:rsidRPr="000C115A">
        <w:t>z</w:t>
      </w:r>
      <w:r w:rsidRPr="000C115A">
        <w:t>nisz</w:t>
      </w:r>
      <w:r w:rsidR="000C115A" w:rsidRPr="000C115A">
        <w:t>czone</w:t>
      </w:r>
      <w:proofErr w:type="spellEnd"/>
      <w:r w:rsidR="000C115A" w:rsidRPr="000C115A">
        <w:t>.</w:t>
      </w:r>
      <w:r w:rsidR="000C115A" w:rsidRPr="000C115A">
        <w:br/>
        <w:t xml:space="preserve">4. </w:t>
      </w:r>
      <w:proofErr w:type="spellStart"/>
      <w:r w:rsidR="000C115A" w:rsidRPr="000C115A">
        <w:t>Regulamin</w:t>
      </w:r>
      <w:proofErr w:type="spellEnd"/>
      <w:r w:rsidR="000C115A" w:rsidRPr="000C115A">
        <w:t xml:space="preserve"> </w:t>
      </w:r>
      <w:proofErr w:type="spellStart"/>
      <w:r w:rsidR="000C115A" w:rsidRPr="000C115A">
        <w:t>dostępny</w:t>
      </w:r>
      <w:proofErr w:type="spellEnd"/>
      <w:r w:rsidR="000C115A" w:rsidRPr="000C115A">
        <w:t xml:space="preserve"> jest u </w:t>
      </w:r>
      <w:proofErr w:type="spellStart"/>
      <w:r w:rsidR="000C115A" w:rsidRPr="000C115A">
        <w:t>Organizatora</w:t>
      </w:r>
      <w:proofErr w:type="spellEnd"/>
      <w:r w:rsidR="000C115A" w:rsidRPr="000C115A">
        <w:t xml:space="preserve"> </w:t>
      </w:r>
      <w:proofErr w:type="spellStart"/>
      <w:r w:rsidR="000C115A" w:rsidRPr="000C115A">
        <w:t>konkursu</w:t>
      </w:r>
      <w:proofErr w:type="spellEnd"/>
      <w:r w:rsidR="000C115A" w:rsidRPr="000C115A">
        <w:t xml:space="preserve"> </w:t>
      </w:r>
      <w:proofErr w:type="spellStart"/>
      <w:r w:rsidR="000C115A" w:rsidRPr="000C115A">
        <w:t>i</w:t>
      </w:r>
      <w:proofErr w:type="spellEnd"/>
      <w:r w:rsidR="000C115A" w:rsidRPr="000C115A">
        <w:t xml:space="preserve"> jest </w:t>
      </w:r>
      <w:proofErr w:type="spellStart"/>
      <w:r w:rsidR="000C115A" w:rsidRPr="000C115A">
        <w:t>przesłany</w:t>
      </w:r>
      <w:proofErr w:type="spellEnd"/>
      <w:r w:rsidR="000C115A" w:rsidRPr="000C115A">
        <w:t xml:space="preserve"> </w:t>
      </w:r>
      <w:proofErr w:type="spellStart"/>
      <w:r w:rsidR="000C115A" w:rsidRPr="000C115A">
        <w:t>wraz</w:t>
      </w:r>
      <w:proofErr w:type="spellEnd"/>
      <w:r w:rsidR="000C115A" w:rsidRPr="000C115A">
        <w:t xml:space="preserve"> </w:t>
      </w:r>
      <w:proofErr w:type="spellStart"/>
      <w:r w:rsidR="000C115A" w:rsidRPr="000C115A">
        <w:t>informacją</w:t>
      </w:r>
      <w:proofErr w:type="spellEnd"/>
      <w:r w:rsidR="000C115A" w:rsidRPr="000C115A">
        <w:t xml:space="preserve"> o </w:t>
      </w:r>
      <w:proofErr w:type="spellStart"/>
      <w:r w:rsidR="000C115A" w:rsidRPr="000C115A">
        <w:t>konkursie</w:t>
      </w:r>
      <w:proofErr w:type="spellEnd"/>
      <w:r w:rsidR="000C115A" w:rsidRPr="000C115A">
        <w:t xml:space="preserve"> do </w:t>
      </w:r>
      <w:proofErr w:type="spellStart"/>
      <w:r w:rsidR="000C115A" w:rsidRPr="000C115A">
        <w:t>szkół</w:t>
      </w:r>
      <w:proofErr w:type="spellEnd"/>
      <w:r w:rsidR="000C115A" w:rsidRPr="000C115A">
        <w:t xml:space="preserve"> </w:t>
      </w:r>
      <w:proofErr w:type="spellStart"/>
      <w:r w:rsidR="000C115A" w:rsidRPr="000C115A">
        <w:t>gminy</w:t>
      </w:r>
      <w:proofErr w:type="spellEnd"/>
      <w:r w:rsidR="000C115A" w:rsidRPr="000C115A">
        <w:t xml:space="preserve"> </w:t>
      </w:r>
      <w:proofErr w:type="spellStart"/>
      <w:r w:rsidR="000C115A" w:rsidRPr="000C115A">
        <w:t>Kępice</w:t>
      </w:r>
      <w:proofErr w:type="spellEnd"/>
      <w:r w:rsidR="000C115A" w:rsidRPr="000C115A">
        <w:t xml:space="preserve">. </w:t>
      </w:r>
      <w:r w:rsidRPr="000C115A">
        <w:br/>
        <w:t xml:space="preserve">5. Organizatorzy zastrzegają </w:t>
      </w:r>
      <w:proofErr w:type="spellStart"/>
      <w:r w:rsidRPr="000C115A">
        <w:t>sobie</w:t>
      </w:r>
      <w:proofErr w:type="spellEnd"/>
      <w:r w:rsidRPr="000C115A">
        <w:t xml:space="preserve"> </w:t>
      </w:r>
      <w:proofErr w:type="spellStart"/>
      <w:r w:rsidRPr="000C115A">
        <w:t>prawo</w:t>
      </w:r>
      <w:proofErr w:type="spellEnd"/>
      <w:r w:rsidRPr="000C115A">
        <w:t xml:space="preserve"> do </w:t>
      </w:r>
      <w:proofErr w:type="spellStart"/>
      <w:r w:rsidRPr="000C115A">
        <w:t>zmian</w:t>
      </w:r>
      <w:proofErr w:type="spellEnd"/>
      <w:r w:rsidR="000C115A" w:rsidRPr="000C115A">
        <w:t xml:space="preserve"> </w:t>
      </w:r>
      <w:proofErr w:type="spellStart"/>
      <w:r w:rsidR="000C115A" w:rsidRPr="000C115A">
        <w:t>postanowień</w:t>
      </w:r>
      <w:proofErr w:type="spellEnd"/>
      <w:r w:rsidR="000C115A" w:rsidRPr="000C115A">
        <w:t xml:space="preserve"> </w:t>
      </w:r>
      <w:proofErr w:type="spellStart"/>
      <w:r w:rsidR="000C115A" w:rsidRPr="000C115A">
        <w:t>tego</w:t>
      </w:r>
      <w:proofErr w:type="spellEnd"/>
      <w:r w:rsidRPr="000C115A">
        <w:t xml:space="preserve"> </w:t>
      </w:r>
      <w:proofErr w:type="spellStart"/>
      <w:r w:rsidRPr="000C115A">
        <w:t>regulaminu</w:t>
      </w:r>
      <w:proofErr w:type="spellEnd"/>
      <w:r w:rsidRPr="000C115A">
        <w:t xml:space="preserve">, </w:t>
      </w:r>
      <w:proofErr w:type="spellStart"/>
      <w:r w:rsidR="000C115A" w:rsidRPr="000C115A">
        <w:t>nierozstrzygnięcia</w:t>
      </w:r>
      <w:proofErr w:type="spellEnd"/>
      <w:r w:rsidR="000C115A" w:rsidRPr="000C115A">
        <w:t xml:space="preserve"> </w:t>
      </w:r>
      <w:proofErr w:type="spellStart"/>
      <w:r w:rsidRPr="000C115A">
        <w:t>konkursu</w:t>
      </w:r>
      <w:proofErr w:type="spellEnd"/>
      <w:r w:rsidR="000C115A" w:rsidRPr="000C115A">
        <w:t xml:space="preserve"> w </w:t>
      </w:r>
      <w:proofErr w:type="spellStart"/>
      <w:r w:rsidR="000C115A" w:rsidRPr="000C115A">
        <w:t>przypadku</w:t>
      </w:r>
      <w:proofErr w:type="spellEnd"/>
      <w:r w:rsidR="000C115A" w:rsidRPr="000C115A">
        <w:t xml:space="preserve"> </w:t>
      </w:r>
      <w:proofErr w:type="spellStart"/>
      <w:r w:rsidR="000C115A" w:rsidRPr="000C115A">
        <w:t>małej</w:t>
      </w:r>
      <w:proofErr w:type="spellEnd"/>
      <w:r w:rsidR="000C115A" w:rsidRPr="000C115A">
        <w:t xml:space="preserve"> </w:t>
      </w:r>
      <w:proofErr w:type="spellStart"/>
      <w:r w:rsidR="000C115A" w:rsidRPr="000C115A">
        <w:t>liczby</w:t>
      </w:r>
      <w:proofErr w:type="spellEnd"/>
      <w:r w:rsidR="000C115A" w:rsidRPr="000C115A">
        <w:t xml:space="preserve"> </w:t>
      </w:r>
      <w:proofErr w:type="spellStart"/>
      <w:r w:rsidR="000C115A" w:rsidRPr="000C115A">
        <w:t>zgłoszonych</w:t>
      </w:r>
      <w:proofErr w:type="spellEnd"/>
      <w:r w:rsidR="000C115A" w:rsidRPr="000C115A">
        <w:t xml:space="preserve"> </w:t>
      </w:r>
      <w:proofErr w:type="spellStart"/>
      <w:r w:rsidR="000C115A" w:rsidRPr="000C115A">
        <w:t>prac</w:t>
      </w:r>
      <w:proofErr w:type="spellEnd"/>
      <w:r w:rsidRPr="000C115A">
        <w:t>.</w:t>
      </w:r>
      <w:r w:rsidRPr="00CD1CA4">
        <w:rPr>
          <w:color w:val="FF0000"/>
        </w:rPr>
        <w:br/>
      </w:r>
      <w:r w:rsidRPr="00CD1CA4">
        <w:rPr>
          <w:color w:val="FF0000"/>
        </w:rPr>
        <w:br/>
      </w:r>
    </w:p>
    <w:p w:rsidR="00504724" w:rsidRDefault="00504724" w:rsidP="00987EC5">
      <w:pPr>
        <w:rPr>
          <w:color w:val="FF0000"/>
        </w:rPr>
      </w:pPr>
    </w:p>
    <w:p w:rsidR="00504724" w:rsidRDefault="00504724" w:rsidP="00987EC5">
      <w:pPr>
        <w:rPr>
          <w:color w:val="FF0000"/>
        </w:rPr>
      </w:pPr>
    </w:p>
    <w:p w:rsidR="00504724" w:rsidRDefault="00504724" w:rsidP="00987EC5">
      <w:pPr>
        <w:rPr>
          <w:color w:val="FF0000"/>
        </w:rPr>
      </w:pPr>
    </w:p>
    <w:p w:rsidR="00504724" w:rsidRDefault="00504724" w:rsidP="00987EC5">
      <w:pPr>
        <w:rPr>
          <w:color w:val="FF0000"/>
        </w:rPr>
      </w:pPr>
    </w:p>
    <w:p w:rsidR="00504724" w:rsidRPr="00FD12E9" w:rsidRDefault="00504724" w:rsidP="00987EC5">
      <w:pPr>
        <w:rPr>
          <w:b/>
        </w:rPr>
      </w:pPr>
      <w:proofErr w:type="spellStart"/>
      <w:r w:rsidRPr="00FD12E9">
        <w:rPr>
          <w:b/>
        </w:rPr>
        <w:lastRenderedPageBreak/>
        <w:t>Załącznik</w:t>
      </w:r>
      <w:proofErr w:type="spellEnd"/>
      <w:r w:rsidRPr="00FD12E9">
        <w:rPr>
          <w:b/>
        </w:rPr>
        <w:t xml:space="preserve"> 1 </w:t>
      </w:r>
    </w:p>
    <w:p w:rsidR="00FD12E9" w:rsidRPr="0043727C" w:rsidRDefault="00FD12E9" w:rsidP="0043727C">
      <w:pPr>
        <w:spacing w:after="0"/>
        <w:jc w:val="center"/>
        <w:rPr>
          <w:b/>
          <w:sz w:val="28"/>
          <w:szCs w:val="28"/>
        </w:rPr>
      </w:pPr>
      <w:r w:rsidRPr="0043727C">
        <w:rPr>
          <w:b/>
          <w:sz w:val="28"/>
          <w:szCs w:val="28"/>
        </w:rPr>
        <w:t>KARTA ZGŁOSZENIA</w:t>
      </w:r>
    </w:p>
    <w:p w:rsidR="00FD12E9" w:rsidRDefault="00FD12E9" w:rsidP="0043727C">
      <w:pPr>
        <w:jc w:val="center"/>
      </w:pPr>
      <w:proofErr w:type="spellStart"/>
      <w:r>
        <w:t>uczestnika</w:t>
      </w:r>
      <w:proofErr w:type="spellEnd"/>
      <w:r>
        <w:t xml:space="preserve"> </w:t>
      </w:r>
      <w:proofErr w:type="spellStart"/>
      <w:r>
        <w:t>konkursu</w:t>
      </w:r>
      <w:proofErr w:type="spellEnd"/>
      <w:r>
        <w:t xml:space="preserve"> </w:t>
      </w:r>
      <w:proofErr w:type="spellStart"/>
      <w:r>
        <w:t>plastycznego</w:t>
      </w:r>
      <w:proofErr w:type="spellEnd"/>
      <w:r>
        <w:t xml:space="preserve"> „</w:t>
      </w:r>
      <w:r w:rsidRPr="00FD12E9">
        <w:t xml:space="preserve"> </w:t>
      </w:r>
      <w:proofErr w:type="spellStart"/>
      <w:r w:rsidRPr="0043727C">
        <w:rPr>
          <w:b/>
          <w:sz w:val="28"/>
          <w:szCs w:val="28"/>
        </w:rPr>
        <w:t>Przepis</w:t>
      </w:r>
      <w:proofErr w:type="spellEnd"/>
      <w:r w:rsidRPr="0043727C">
        <w:rPr>
          <w:b/>
          <w:sz w:val="28"/>
          <w:szCs w:val="28"/>
        </w:rPr>
        <w:t xml:space="preserve"> na </w:t>
      </w:r>
      <w:proofErr w:type="spellStart"/>
      <w:r w:rsidRPr="0043727C">
        <w:rPr>
          <w:b/>
          <w:sz w:val="28"/>
          <w:szCs w:val="28"/>
        </w:rPr>
        <w:t>szczęśliwą</w:t>
      </w:r>
      <w:proofErr w:type="spellEnd"/>
      <w:r w:rsidRPr="0043727C">
        <w:rPr>
          <w:b/>
          <w:sz w:val="28"/>
          <w:szCs w:val="28"/>
        </w:rPr>
        <w:t xml:space="preserve"> </w:t>
      </w:r>
      <w:proofErr w:type="spellStart"/>
      <w:r w:rsidRPr="0043727C">
        <w:rPr>
          <w:b/>
          <w:sz w:val="28"/>
          <w:szCs w:val="28"/>
        </w:rPr>
        <w:t>rodzinę</w:t>
      </w:r>
      <w:proofErr w:type="spellEnd"/>
      <w:r>
        <w:t xml:space="preserve"> “</w:t>
      </w:r>
    </w:p>
    <w:p w:rsidR="00FD12E9" w:rsidRPr="0043727C" w:rsidRDefault="00FD12E9" w:rsidP="0043727C">
      <w:pPr>
        <w:jc w:val="center"/>
        <w:rPr>
          <w:b/>
        </w:rPr>
      </w:pPr>
      <w:proofErr w:type="spellStart"/>
      <w:r>
        <w:t>ogłoszonego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r w:rsidRPr="0043727C">
        <w:rPr>
          <w:b/>
        </w:rPr>
        <w:t xml:space="preserve">Zespół </w:t>
      </w:r>
      <w:proofErr w:type="spellStart"/>
      <w:r w:rsidRPr="0043727C">
        <w:rPr>
          <w:b/>
        </w:rPr>
        <w:t>Interdyscyplinarny</w:t>
      </w:r>
      <w:proofErr w:type="spellEnd"/>
      <w:r w:rsidRPr="0043727C">
        <w:rPr>
          <w:b/>
        </w:rPr>
        <w:t xml:space="preserve"> </w:t>
      </w:r>
      <w:proofErr w:type="spellStart"/>
      <w:r w:rsidRPr="0043727C">
        <w:rPr>
          <w:b/>
        </w:rPr>
        <w:t>Gminy</w:t>
      </w:r>
      <w:proofErr w:type="spellEnd"/>
      <w:r w:rsidRPr="0043727C">
        <w:rPr>
          <w:b/>
        </w:rPr>
        <w:t xml:space="preserve"> </w:t>
      </w:r>
      <w:proofErr w:type="spellStart"/>
      <w:r w:rsidRPr="0043727C">
        <w:rPr>
          <w:b/>
        </w:rPr>
        <w:t>Kępice</w:t>
      </w:r>
      <w:proofErr w:type="spellEnd"/>
      <w:r w:rsidRPr="0043727C">
        <w:rPr>
          <w:b/>
        </w:rPr>
        <w:t>.</w:t>
      </w:r>
    </w:p>
    <w:tbl>
      <w:tblPr>
        <w:tblStyle w:val="Tabela-Siatka"/>
        <w:tblW w:w="0" w:type="auto"/>
        <w:tblLook w:val="04A0"/>
      </w:tblPr>
      <w:tblGrid>
        <w:gridCol w:w="4390"/>
        <w:gridCol w:w="4390"/>
      </w:tblGrid>
      <w:tr w:rsidR="00FD12E9" w:rsidTr="009E7B8A">
        <w:tc>
          <w:tcPr>
            <w:tcW w:w="8780" w:type="dxa"/>
            <w:gridSpan w:val="2"/>
          </w:tcPr>
          <w:p w:rsidR="00FD12E9" w:rsidRPr="0043727C" w:rsidRDefault="00FD12E9" w:rsidP="00FD12E9">
            <w:pPr>
              <w:jc w:val="center"/>
              <w:rPr>
                <w:sz w:val="28"/>
                <w:szCs w:val="28"/>
              </w:rPr>
            </w:pPr>
            <w:proofErr w:type="spellStart"/>
            <w:r w:rsidRPr="0043727C">
              <w:rPr>
                <w:sz w:val="28"/>
                <w:szCs w:val="28"/>
              </w:rPr>
              <w:t>Kategoria</w:t>
            </w:r>
            <w:proofErr w:type="spellEnd"/>
            <w:r w:rsidRPr="0043727C">
              <w:rPr>
                <w:sz w:val="28"/>
                <w:szCs w:val="28"/>
              </w:rPr>
              <w:t xml:space="preserve"> </w:t>
            </w:r>
            <w:proofErr w:type="spellStart"/>
            <w:r w:rsidRPr="0043727C">
              <w:rPr>
                <w:sz w:val="28"/>
                <w:szCs w:val="28"/>
              </w:rPr>
              <w:t>konkursowa</w:t>
            </w:r>
            <w:proofErr w:type="spellEnd"/>
          </w:p>
        </w:tc>
      </w:tr>
      <w:tr w:rsidR="00FD12E9" w:rsidTr="00FD12E9">
        <w:tc>
          <w:tcPr>
            <w:tcW w:w="4390" w:type="dxa"/>
          </w:tcPr>
          <w:p w:rsidR="0043727C" w:rsidRDefault="00FD12E9" w:rsidP="00FD12E9">
            <w:pPr>
              <w:rPr>
                <w:sz w:val="28"/>
                <w:szCs w:val="28"/>
              </w:rPr>
            </w:pPr>
            <w:proofErr w:type="spellStart"/>
            <w:r w:rsidRPr="0043727C">
              <w:rPr>
                <w:sz w:val="28"/>
                <w:szCs w:val="28"/>
              </w:rPr>
              <w:t>Klasa</w:t>
            </w:r>
            <w:proofErr w:type="spellEnd"/>
            <w:r w:rsidRPr="0043727C">
              <w:rPr>
                <w:sz w:val="28"/>
                <w:szCs w:val="28"/>
              </w:rPr>
              <w:t xml:space="preserve"> I-IV</w:t>
            </w:r>
          </w:p>
          <w:p w:rsidR="0043727C" w:rsidRPr="0043727C" w:rsidRDefault="0043727C" w:rsidP="00FD12E9">
            <w:pPr>
              <w:rPr>
                <w:sz w:val="28"/>
                <w:szCs w:val="28"/>
              </w:rPr>
            </w:pPr>
          </w:p>
        </w:tc>
        <w:tc>
          <w:tcPr>
            <w:tcW w:w="4390" w:type="dxa"/>
          </w:tcPr>
          <w:p w:rsidR="00FD12E9" w:rsidRDefault="00FD12E9" w:rsidP="00FD12E9"/>
        </w:tc>
      </w:tr>
      <w:tr w:rsidR="00FD12E9" w:rsidTr="00FD12E9">
        <w:tc>
          <w:tcPr>
            <w:tcW w:w="4390" w:type="dxa"/>
          </w:tcPr>
          <w:p w:rsidR="00FD12E9" w:rsidRDefault="00FD12E9" w:rsidP="00FD12E9">
            <w:pPr>
              <w:rPr>
                <w:sz w:val="28"/>
                <w:szCs w:val="28"/>
              </w:rPr>
            </w:pPr>
            <w:proofErr w:type="spellStart"/>
            <w:r w:rsidRPr="0043727C">
              <w:rPr>
                <w:sz w:val="28"/>
                <w:szCs w:val="28"/>
              </w:rPr>
              <w:t>Klasa</w:t>
            </w:r>
            <w:proofErr w:type="spellEnd"/>
            <w:r w:rsidRPr="0043727C">
              <w:rPr>
                <w:sz w:val="28"/>
                <w:szCs w:val="28"/>
              </w:rPr>
              <w:t xml:space="preserve"> V-VIII</w:t>
            </w:r>
          </w:p>
          <w:p w:rsidR="0043727C" w:rsidRPr="0043727C" w:rsidRDefault="0043727C" w:rsidP="00FD12E9">
            <w:pPr>
              <w:rPr>
                <w:sz w:val="28"/>
                <w:szCs w:val="28"/>
              </w:rPr>
            </w:pPr>
          </w:p>
        </w:tc>
        <w:tc>
          <w:tcPr>
            <w:tcW w:w="4390" w:type="dxa"/>
          </w:tcPr>
          <w:p w:rsidR="00FD12E9" w:rsidRDefault="00FD12E9" w:rsidP="00FD12E9"/>
        </w:tc>
      </w:tr>
      <w:tr w:rsidR="00FD12E9" w:rsidTr="00ED53DB">
        <w:tc>
          <w:tcPr>
            <w:tcW w:w="8780" w:type="dxa"/>
            <w:gridSpan w:val="2"/>
          </w:tcPr>
          <w:p w:rsidR="00FD12E9" w:rsidRPr="0043727C" w:rsidRDefault="00FD12E9" w:rsidP="00FD12E9">
            <w:pPr>
              <w:jc w:val="center"/>
              <w:rPr>
                <w:sz w:val="28"/>
                <w:szCs w:val="28"/>
              </w:rPr>
            </w:pPr>
            <w:proofErr w:type="spellStart"/>
            <w:r w:rsidRPr="0043727C">
              <w:rPr>
                <w:sz w:val="28"/>
                <w:szCs w:val="28"/>
              </w:rPr>
              <w:t>Uczestnik</w:t>
            </w:r>
            <w:proofErr w:type="spellEnd"/>
          </w:p>
        </w:tc>
      </w:tr>
      <w:tr w:rsidR="00FD12E9" w:rsidTr="00FD12E9">
        <w:tc>
          <w:tcPr>
            <w:tcW w:w="4390" w:type="dxa"/>
          </w:tcPr>
          <w:p w:rsidR="00FD12E9" w:rsidRDefault="00FD12E9" w:rsidP="00FD12E9">
            <w:pPr>
              <w:rPr>
                <w:sz w:val="28"/>
                <w:szCs w:val="28"/>
              </w:rPr>
            </w:pPr>
            <w:proofErr w:type="spellStart"/>
            <w:r w:rsidRPr="0043727C">
              <w:rPr>
                <w:sz w:val="28"/>
                <w:szCs w:val="28"/>
              </w:rPr>
              <w:t>Imię</w:t>
            </w:r>
            <w:proofErr w:type="spellEnd"/>
            <w:r w:rsidRPr="0043727C">
              <w:rPr>
                <w:sz w:val="28"/>
                <w:szCs w:val="28"/>
              </w:rPr>
              <w:t xml:space="preserve"> </w:t>
            </w:r>
            <w:proofErr w:type="spellStart"/>
            <w:r w:rsidRPr="0043727C">
              <w:rPr>
                <w:sz w:val="28"/>
                <w:szCs w:val="28"/>
              </w:rPr>
              <w:t>i</w:t>
            </w:r>
            <w:proofErr w:type="spellEnd"/>
            <w:r w:rsidRPr="0043727C">
              <w:rPr>
                <w:sz w:val="28"/>
                <w:szCs w:val="28"/>
              </w:rPr>
              <w:t xml:space="preserve"> </w:t>
            </w:r>
            <w:proofErr w:type="spellStart"/>
            <w:r w:rsidRPr="0043727C">
              <w:rPr>
                <w:sz w:val="28"/>
                <w:szCs w:val="28"/>
              </w:rPr>
              <w:t>nazwisko</w:t>
            </w:r>
            <w:proofErr w:type="spellEnd"/>
            <w:r w:rsidRPr="0043727C">
              <w:rPr>
                <w:sz w:val="28"/>
                <w:szCs w:val="28"/>
              </w:rPr>
              <w:t xml:space="preserve"> </w:t>
            </w:r>
          </w:p>
          <w:p w:rsidR="0043727C" w:rsidRPr="0043727C" w:rsidRDefault="0043727C" w:rsidP="00FD12E9">
            <w:pPr>
              <w:rPr>
                <w:sz w:val="28"/>
                <w:szCs w:val="28"/>
              </w:rPr>
            </w:pPr>
          </w:p>
        </w:tc>
        <w:tc>
          <w:tcPr>
            <w:tcW w:w="4390" w:type="dxa"/>
          </w:tcPr>
          <w:p w:rsidR="00FD12E9" w:rsidRDefault="00FD12E9" w:rsidP="00FD12E9"/>
        </w:tc>
      </w:tr>
      <w:tr w:rsidR="00FD12E9" w:rsidTr="00FD12E9">
        <w:tc>
          <w:tcPr>
            <w:tcW w:w="4390" w:type="dxa"/>
          </w:tcPr>
          <w:p w:rsidR="00FD12E9" w:rsidRDefault="00FD12E9" w:rsidP="00FD12E9">
            <w:pPr>
              <w:rPr>
                <w:sz w:val="28"/>
                <w:szCs w:val="28"/>
              </w:rPr>
            </w:pPr>
            <w:proofErr w:type="spellStart"/>
            <w:r w:rsidRPr="0043727C">
              <w:rPr>
                <w:sz w:val="28"/>
                <w:szCs w:val="28"/>
              </w:rPr>
              <w:t>Wiek</w:t>
            </w:r>
            <w:proofErr w:type="spellEnd"/>
          </w:p>
          <w:p w:rsidR="0043727C" w:rsidRPr="0043727C" w:rsidRDefault="0043727C" w:rsidP="00FD12E9">
            <w:pPr>
              <w:rPr>
                <w:sz w:val="28"/>
                <w:szCs w:val="28"/>
              </w:rPr>
            </w:pPr>
          </w:p>
        </w:tc>
        <w:tc>
          <w:tcPr>
            <w:tcW w:w="4390" w:type="dxa"/>
          </w:tcPr>
          <w:p w:rsidR="00FD12E9" w:rsidRDefault="00FD12E9" w:rsidP="00FD12E9"/>
        </w:tc>
      </w:tr>
      <w:tr w:rsidR="00FD12E9" w:rsidTr="00FD12E9">
        <w:tc>
          <w:tcPr>
            <w:tcW w:w="4390" w:type="dxa"/>
          </w:tcPr>
          <w:p w:rsidR="00FD12E9" w:rsidRDefault="00FD12E9" w:rsidP="00FD12E9">
            <w:pPr>
              <w:rPr>
                <w:sz w:val="28"/>
                <w:szCs w:val="28"/>
              </w:rPr>
            </w:pPr>
            <w:proofErr w:type="spellStart"/>
            <w:r w:rsidRPr="0043727C">
              <w:rPr>
                <w:sz w:val="28"/>
                <w:szCs w:val="28"/>
              </w:rPr>
              <w:t>Nazwa</w:t>
            </w:r>
            <w:proofErr w:type="spellEnd"/>
            <w:r w:rsidRPr="0043727C">
              <w:rPr>
                <w:sz w:val="28"/>
                <w:szCs w:val="28"/>
              </w:rPr>
              <w:t xml:space="preserve"> </w:t>
            </w:r>
            <w:proofErr w:type="spellStart"/>
            <w:r w:rsidRPr="0043727C">
              <w:rPr>
                <w:sz w:val="28"/>
                <w:szCs w:val="28"/>
              </w:rPr>
              <w:t>szkoły</w:t>
            </w:r>
            <w:proofErr w:type="spellEnd"/>
          </w:p>
          <w:p w:rsidR="0043727C" w:rsidRPr="0043727C" w:rsidRDefault="0043727C" w:rsidP="00FD12E9">
            <w:pPr>
              <w:rPr>
                <w:sz w:val="28"/>
                <w:szCs w:val="28"/>
              </w:rPr>
            </w:pPr>
          </w:p>
        </w:tc>
        <w:tc>
          <w:tcPr>
            <w:tcW w:w="4390" w:type="dxa"/>
          </w:tcPr>
          <w:p w:rsidR="00FD12E9" w:rsidRDefault="00FD12E9" w:rsidP="00FD12E9"/>
        </w:tc>
      </w:tr>
      <w:tr w:rsidR="00FD12E9" w:rsidTr="00FD12E9">
        <w:tc>
          <w:tcPr>
            <w:tcW w:w="4390" w:type="dxa"/>
          </w:tcPr>
          <w:p w:rsidR="00FD12E9" w:rsidRPr="0043727C" w:rsidRDefault="00FD12E9" w:rsidP="00FD12E9">
            <w:pPr>
              <w:rPr>
                <w:sz w:val="28"/>
                <w:szCs w:val="28"/>
              </w:rPr>
            </w:pPr>
            <w:proofErr w:type="spellStart"/>
            <w:r w:rsidRPr="0043727C">
              <w:rPr>
                <w:sz w:val="28"/>
                <w:szCs w:val="28"/>
              </w:rPr>
              <w:t>Adres</w:t>
            </w:r>
            <w:proofErr w:type="spellEnd"/>
            <w:r w:rsidRPr="0043727C">
              <w:rPr>
                <w:sz w:val="28"/>
                <w:szCs w:val="28"/>
              </w:rPr>
              <w:t xml:space="preserve"> </w:t>
            </w:r>
            <w:proofErr w:type="spellStart"/>
            <w:r w:rsidRPr="0043727C">
              <w:rPr>
                <w:sz w:val="28"/>
                <w:szCs w:val="28"/>
              </w:rPr>
              <w:t>mailowy</w:t>
            </w:r>
            <w:proofErr w:type="spellEnd"/>
            <w:r w:rsidRPr="0043727C">
              <w:rPr>
                <w:sz w:val="28"/>
                <w:szCs w:val="28"/>
              </w:rPr>
              <w:t xml:space="preserve"> </w:t>
            </w:r>
            <w:proofErr w:type="spellStart"/>
            <w:r w:rsidRPr="0043727C">
              <w:rPr>
                <w:sz w:val="28"/>
                <w:szCs w:val="28"/>
              </w:rPr>
              <w:t>rodzica</w:t>
            </w:r>
            <w:proofErr w:type="spellEnd"/>
            <w:r w:rsidRPr="0043727C">
              <w:rPr>
                <w:sz w:val="28"/>
                <w:szCs w:val="28"/>
              </w:rPr>
              <w:t>/</w:t>
            </w:r>
            <w:proofErr w:type="spellStart"/>
            <w:r w:rsidRPr="0043727C">
              <w:rPr>
                <w:sz w:val="28"/>
                <w:szCs w:val="28"/>
              </w:rPr>
              <w:t>opiekuna</w:t>
            </w:r>
            <w:proofErr w:type="spellEnd"/>
            <w:r w:rsidRPr="0043727C">
              <w:rPr>
                <w:sz w:val="28"/>
                <w:szCs w:val="28"/>
              </w:rPr>
              <w:t xml:space="preserve"> </w:t>
            </w:r>
            <w:proofErr w:type="spellStart"/>
            <w:r w:rsidRPr="0043727C">
              <w:rPr>
                <w:sz w:val="28"/>
                <w:szCs w:val="28"/>
              </w:rPr>
              <w:t>prawnego</w:t>
            </w:r>
            <w:proofErr w:type="spellEnd"/>
          </w:p>
        </w:tc>
        <w:tc>
          <w:tcPr>
            <w:tcW w:w="4390" w:type="dxa"/>
          </w:tcPr>
          <w:p w:rsidR="00FD12E9" w:rsidRDefault="00FD12E9" w:rsidP="00FD12E9"/>
        </w:tc>
      </w:tr>
      <w:tr w:rsidR="00FD12E9" w:rsidTr="00FD12E9">
        <w:tc>
          <w:tcPr>
            <w:tcW w:w="4390" w:type="dxa"/>
          </w:tcPr>
          <w:p w:rsidR="00FD12E9" w:rsidRPr="0043727C" w:rsidRDefault="00FD12E9" w:rsidP="00FD12E9">
            <w:pPr>
              <w:rPr>
                <w:sz w:val="28"/>
                <w:szCs w:val="28"/>
              </w:rPr>
            </w:pPr>
            <w:proofErr w:type="spellStart"/>
            <w:r w:rsidRPr="0043727C">
              <w:rPr>
                <w:sz w:val="28"/>
                <w:szCs w:val="28"/>
              </w:rPr>
              <w:t>Telefon</w:t>
            </w:r>
            <w:proofErr w:type="spellEnd"/>
            <w:r w:rsidRPr="0043727C">
              <w:rPr>
                <w:sz w:val="28"/>
                <w:szCs w:val="28"/>
              </w:rPr>
              <w:t xml:space="preserve"> </w:t>
            </w:r>
            <w:proofErr w:type="spellStart"/>
            <w:r w:rsidRPr="0043727C">
              <w:rPr>
                <w:sz w:val="28"/>
                <w:szCs w:val="28"/>
              </w:rPr>
              <w:t>rodzica</w:t>
            </w:r>
            <w:proofErr w:type="spellEnd"/>
            <w:r w:rsidRPr="0043727C">
              <w:rPr>
                <w:sz w:val="28"/>
                <w:szCs w:val="28"/>
              </w:rPr>
              <w:t>/</w:t>
            </w:r>
            <w:proofErr w:type="spellStart"/>
            <w:r w:rsidRPr="0043727C">
              <w:rPr>
                <w:sz w:val="28"/>
                <w:szCs w:val="28"/>
              </w:rPr>
              <w:t>opiekuna</w:t>
            </w:r>
            <w:proofErr w:type="spellEnd"/>
            <w:r w:rsidRPr="0043727C">
              <w:rPr>
                <w:sz w:val="28"/>
                <w:szCs w:val="28"/>
              </w:rPr>
              <w:t xml:space="preserve"> </w:t>
            </w:r>
            <w:proofErr w:type="spellStart"/>
            <w:r w:rsidRPr="0043727C">
              <w:rPr>
                <w:sz w:val="28"/>
                <w:szCs w:val="28"/>
              </w:rPr>
              <w:t>prawnego</w:t>
            </w:r>
            <w:proofErr w:type="spellEnd"/>
          </w:p>
        </w:tc>
        <w:tc>
          <w:tcPr>
            <w:tcW w:w="4390" w:type="dxa"/>
          </w:tcPr>
          <w:p w:rsidR="00FD12E9" w:rsidRDefault="00FD12E9" w:rsidP="00FD12E9"/>
        </w:tc>
      </w:tr>
      <w:tr w:rsidR="0043727C" w:rsidTr="00C30F45">
        <w:tc>
          <w:tcPr>
            <w:tcW w:w="8780" w:type="dxa"/>
            <w:gridSpan w:val="2"/>
          </w:tcPr>
          <w:p w:rsidR="0043727C" w:rsidRPr="0043727C" w:rsidRDefault="0043727C" w:rsidP="00FD12E9">
            <w:pPr>
              <w:jc w:val="center"/>
              <w:rPr>
                <w:sz w:val="28"/>
                <w:szCs w:val="28"/>
              </w:rPr>
            </w:pPr>
            <w:proofErr w:type="spellStart"/>
            <w:r w:rsidRPr="0043727C">
              <w:rPr>
                <w:sz w:val="28"/>
                <w:szCs w:val="28"/>
              </w:rPr>
              <w:t>Praca</w:t>
            </w:r>
            <w:proofErr w:type="spellEnd"/>
          </w:p>
        </w:tc>
      </w:tr>
      <w:tr w:rsidR="00FD12E9" w:rsidTr="00FD12E9">
        <w:tc>
          <w:tcPr>
            <w:tcW w:w="4390" w:type="dxa"/>
          </w:tcPr>
          <w:p w:rsidR="00FD12E9" w:rsidRDefault="00FD12E9" w:rsidP="00FD12E9">
            <w:pPr>
              <w:rPr>
                <w:sz w:val="28"/>
                <w:szCs w:val="28"/>
              </w:rPr>
            </w:pPr>
            <w:proofErr w:type="spellStart"/>
            <w:r w:rsidRPr="0043727C">
              <w:rPr>
                <w:sz w:val="28"/>
                <w:szCs w:val="28"/>
              </w:rPr>
              <w:t>Tytuł</w:t>
            </w:r>
            <w:proofErr w:type="spellEnd"/>
          </w:p>
          <w:p w:rsidR="0043727C" w:rsidRPr="0043727C" w:rsidRDefault="0043727C" w:rsidP="00FD12E9">
            <w:pPr>
              <w:rPr>
                <w:sz w:val="28"/>
                <w:szCs w:val="28"/>
              </w:rPr>
            </w:pPr>
          </w:p>
        </w:tc>
        <w:tc>
          <w:tcPr>
            <w:tcW w:w="4390" w:type="dxa"/>
          </w:tcPr>
          <w:p w:rsidR="00FD12E9" w:rsidRDefault="00FD12E9" w:rsidP="00FD12E9"/>
        </w:tc>
      </w:tr>
    </w:tbl>
    <w:p w:rsidR="0043727C" w:rsidRPr="0043727C" w:rsidRDefault="00FD12E9" w:rsidP="00FD12E9">
      <w:pPr>
        <w:spacing w:after="0"/>
      </w:pPr>
      <w:proofErr w:type="spellStart"/>
      <w:r w:rsidRPr="0043727C">
        <w:rPr>
          <w:b/>
        </w:rPr>
        <w:t>Wypełnić</w:t>
      </w:r>
      <w:proofErr w:type="spellEnd"/>
      <w:r w:rsidRPr="0043727C">
        <w:rPr>
          <w:b/>
        </w:rPr>
        <w:t xml:space="preserve"> </w:t>
      </w:r>
      <w:proofErr w:type="spellStart"/>
      <w:r w:rsidRPr="0043727C">
        <w:rPr>
          <w:b/>
        </w:rPr>
        <w:t>czytelnie</w:t>
      </w:r>
      <w:proofErr w:type="spellEnd"/>
      <w:r w:rsidRPr="0043727C">
        <w:rPr>
          <w:b/>
        </w:rPr>
        <w:t xml:space="preserve">, </w:t>
      </w:r>
      <w:proofErr w:type="spellStart"/>
      <w:r w:rsidRPr="0043727C">
        <w:rPr>
          <w:b/>
        </w:rPr>
        <w:t>drukowanymi</w:t>
      </w:r>
      <w:proofErr w:type="spellEnd"/>
      <w:r w:rsidRPr="0043727C">
        <w:rPr>
          <w:b/>
        </w:rPr>
        <w:t xml:space="preserve"> </w:t>
      </w:r>
      <w:proofErr w:type="spellStart"/>
      <w:r w:rsidRPr="0043727C">
        <w:rPr>
          <w:b/>
        </w:rPr>
        <w:t>literami</w:t>
      </w:r>
      <w:proofErr w:type="spellEnd"/>
      <w:r w:rsidRPr="0043727C">
        <w:rPr>
          <w:b/>
        </w:rPr>
        <w:t>.</w:t>
      </w:r>
      <w:r w:rsidRPr="0043727C">
        <w:rPr>
          <w:b/>
        </w:rPr>
        <w:br/>
      </w:r>
      <w:r w:rsidRPr="0043727C">
        <w:br/>
      </w:r>
      <w:proofErr w:type="spellStart"/>
      <w:r w:rsidRPr="0043727C">
        <w:t>Oświadczenia</w:t>
      </w:r>
      <w:proofErr w:type="spellEnd"/>
      <w:r w:rsidRPr="0043727C">
        <w:t>:</w:t>
      </w:r>
      <w:r w:rsidRPr="0043727C">
        <w:br/>
      </w:r>
      <w:proofErr w:type="spellStart"/>
      <w:r w:rsidRPr="0043727C">
        <w:t>Wyrażam</w:t>
      </w:r>
      <w:proofErr w:type="spellEnd"/>
      <w:r w:rsidRPr="0043727C">
        <w:t xml:space="preserve"> </w:t>
      </w:r>
      <w:proofErr w:type="spellStart"/>
      <w:r w:rsidRPr="0043727C">
        <w:t>zgodę</w:t>
      </w:r>
      <w:proofErr w:type="spellEnd"/>
      <w:r w:rsidRPr="0043727C">
        <w:t xml:space="preserve"> na </w:t>
      </w:r>
      <w:proofErr w:type="spellStart"/>
      <w:r w:rsidRPr="0043727C">
        <w:t>udział</w:t>
      </w:r>
      <w:proofErr w:type="spellEnd"/>
      <w:r w:rsidRPr="0043727C">
        <w:t xml:space="preserve"> w </w:t>
      </w:r>
      <w:proofErr w:type="spellStart"/>
      <w:r w:rsidR="0043727C" w:rsidRPr="0043727C">
        <w:t>k</w:t>
      </w:r>
      <w:r w:rsidRPr="0043727C">
        <w:t>onkursie</w:t>
      </w:r>
      <w:proofErr w:type="spellEnd"/>
      <w:r w:rsidRPr="0043727C">
        <w:t xml:space="preserve"> „</w:t>
      </w:r>
      <w:proofErr w:type="spellStart"/>
      <w:r w:rsidR="0043727C" w:rsidRPr="0043727C">
        <w:t>Przepis</w:t>
      </w:r>
      <w:proofErr w:type="spellEnd"/>
      <w:r w:rsidR="0043727C" w:rsidRPr="0043727C">
        <w:t xml:space="preserve"> na </w:t>
      </w:r>
      <w:proofErr w:type="spellStart"/>
      <w:r w:rsidR="0043727C" w:rsidRPr="0043727C">
        <w:t>szczęśliwą</w:t>
      </w:r>
      <w:proofErr w:type="spellEnd"/>
      <w:r w:rsidR="0043727C" w:rsidRPr="0043727C">
        <w:t xml:space="preserve"> </w:t>
      </w:r>
      <w:proofErr w:type="spellStart"/>
      <w:r w:rsidR="0043727C" w:rsidRPr="0043727C">
        <w:t>rodzinę</w:t>
      </w:r>
      <w:proofErr w:type="spellEnd"/>
      <w:r w:rsidR="0043727C" w:rsidRPr="0043727C">
        <w:t>”</w:t>
      </w:r>
    </w:p>
    <w:p w:rsidR="0043727C" w:rsidRPr="0043727C" w:rsidRDefault="0043727C" w:rsidP="00FD12E9">
      <w:pPr>
        <w:spacing w:after="0"/>
      </w:pPr>
      <w:proofErr w:type="spellStart"/>
      <w:r w:rsidRPr="0043727C">
        <w:t>Oświadczam</w:t>
      </w:r>
      <w:proofErr w:type="spellEnd"/>
      <w:r w:rsidRPr="0043727C">
        <w:t xml:space="preserve">, </w:t>
      </w:r>
      <w:proofErr w:type="spellStart"/>
      <w:r w:rsidRPr="0043727C">
        <w:t>że</w:t>
      </w:r>
      <w:proofErr w:type="spellEnd"/>
      <w:r w:rsidRPr="0043727C">
        <w:t xml:space="preserve"> </w:t>
      </w:r>
      <w:proofErr w:type="spellStart"/>
      <w:r w:rsidRPr="0043727C">
        <w:t>akceptuję</w:t>
      </w:r>
      <w:proofErr w:type="spellEnd"/>
      <w:r w:rsidRPr="0043727C">
        <w:t xml:space="preserve"> </w:t>
      </w:r>
      <w:proofErr w:type="spellStart"/>
      <w:r w:rsidRPr="0043727C">
        <w:t>warunki</w:t>
      </w:r>
      <w:proofErr w:type="spellEnd"/>
      <w:r w:rsidRPr="0043727C">
        <w:t xml:space="preserve"> </w:t>
      </w:r>
      <w:proofErr w:type="spellStart"/>
      <w:r w:rsidRPr="0043727C">
        <w:t>regulaminu</w:t>
      </w:r>
      <w:proofErr w:type="spellEnd"/>
      <w:r w:rsidRPr="0043727C">
        <w:t xml:space="preserve">  </w:t>
      </w:r>
      <w:proofErr w:type="spellStart"/>
      <w:r w:rsidRPr="0043727C">
        <w:t>tego</w:t>
      </w:r>
      <w:proofErr w:type="spellEnd"/>
      <w:r w:rsidRPr="0043727C">
        <w:t xml:space="preserve"> </w:t>
      </w:r>
      <w:proofErr w:type="spellStart"/>
      <w:r w:rsidRPr="0043727C">
        <w:t>konkursu</w:t>
      </w:r>
      <w:proofErr w:type="spellEnd"/>
      <w:r w:rsidRPr="0043727C">
        <w:t>.</w:t>
      </w:r>
    </w:p>
    <w:p w:rsidR="0043727C" w:rsidRPr="0043727C" w:rsidRDefault="0043727C" w:rsidP="00FD12E9">
      <w:pPr>
        <w:spacing w:after="0"/>
      </w:pPr>
      <w:proofErr w:type="spellStart"/>
      <w:r w:rsidRPr="0043727C">
        <w:t>Oświadczam</w:t>
      </w:r>
      <w:proofErr w:type="spellEnd"/>
      <w:r w:rsidRPr="0043727C">
        <w:t xml:space="preserve">, </w:t>
      </w:r>
      <w:proofErr w:type="spellStart"/>
      <w:r w:rsidRPr="0043727C">
        <w:t>że</w:t>
      </w:r>
      <w:proofErr w:type="spellEnd"/>
      <w:r w:rsidRPr="0043727C">
        <w:t xml:space="preserve"> </w:t>
      </w:r>
      <w:proofErr w:type="spellStart"/>
      <w:r w:rsidRPr="0043727C">
        <w:t>ww</w:t>
      </w:r>
      <w:proofErr w:type="spellEnd"/>
      <w:r w:rsidRPr="0043727C">
        <w:t xml:space="preserve">.  </w:t>
      </w:r>
      <w:proofErr w:type="spellStart"/>
      <w:r w:rsidRPr="0043727C">
        <w:t>uczestnik</w:t>
      </w:r>
      <w:proofErr w:type="spellEnd"/>
      <w:r w:rsidRPr="0043727C">
        <w:t xml:space="preserve"> jest </w:t>
      </w:r>
      <w:proofErr w:type="spellStart"/>
      <w:r w:rsidRPr="0043727C">
        <w:t>autorem</w:t>
      </w:r>
      <w:proofErr w:type="spellEnd"/>
      <w:r w:rsidRPr="0043727C">
        <w:t xml:space="preserve"> </w:t>
      </w:r>
      <w:proofErr w:type="spellStart"/>
      <w:r w:rsidRPr="0043727C">
        <w:t>złożonej</w:t>
      </w:r>
      <w:proofErr w:type="spellEnd"/>
      <w:r w:rsidRPr="0043727C">
        <w:t xml:space="preserve"> </w:t>
      </w:r>
      <w:proofErr w:type="spellStart"/>
      <w:r w:rsidRPr="0043727C">
        <w:t>pracy</w:t>
      </w:r>
      <w:proofErr w:type="spellEnd"/>
      <w:r w:rsidRPr="0043727C">
        <w:t xml:space="preserve"> na </w:t>
      </w:r>
      <w:proofErr w:type="spellStart"/>
      <w:r w:rsidRPr="0043727C">
        <w:t>konkurs</w:t>
      </w:r>
      <w:proofErr w:type="spellEnd"/>
      <w:r w:rsidRPr="0043727C">
        <w:t xml:space="preserve">, a </w:t>
      </w:r>
      <w:proofErr w:type="spellStart"/>
      <w:r w:rsidRPr="0043727C">
        <w:t>podane</w:t>
      </w:r>
      <w:proofErr w:type="spellEnd"/>
      <w:r w:rsidRPr="0043727C">
        <w:t xml:space="preserve"> </w:t>
      </w:r>
      <w:proofErr w:type="spellStart"/>
      <w:r w:rsidRPr="0043727C">
        <w:t>dane</w:t>
      </w:r>
      <w:proofErr w:type="spellEnd"/>
      <w:r w:rsidRPr="0043727C">
        <w:t xml:space="preserve"> </w:t>
      </w:r>
      <w:proofErr w:type="spellStart"/>
      <w:r w:rsidRPr="0043727C">
        <w:t>są</w:t>
      </w:r>
      <w:proofErr w:type="spellEnd"/>
      <w:r w:rsidRPr="0043727C">
        <w:t xml:space="preserve"> </w:t>
      </w:r>
      <w:proofErr w:type="spellStart"/>
      <w:r w:rsidRPr="0043727C">
        <w:t>zgodne</w:t>
      </w:r>
      <w:proofErr w:type="spellEnd"/>
      <w:r w:rsidRPr="0043727C">
        <w:t xml:space="preserve"> z </w:t>
      </w:r>
      <w:proofErr w:type="spellStart"/>
      <w:r w:rsidRPr="0043727C">
        <w:t>prawdą</w:t>
      </w:r>
      <w:proofErr w:type="spellEnd"/>
      <w:r w:rsidRPr="0043727C">
        <w:t>.</w:t>
      </w:r>
    </w:p>
    <w:p w:rsidR="0043727C" w:rsidRPr="0043727C" w:rsidRDefault="00FD12E9" w:rsidP="00FD12E9">
      <w:pPr>
        <w:spacing w:after="0"/>
      </w:pPr>
      <w:proofErr w:type="spellStart"/>
      <w:r w:rsidRPr="0043727C">
        <w:t>Wyrażam</w:t>
      </w:r>
      <w:proofErr w:type="spellEnd"/>
      <w:r w:rsidRPr="0043727C">
        <w:t xml:space="preserve"> </w:t>
      </w:r>
      <w:proofErr w:type="spellStart"/>
      <w:r w:rsidRPr="0043727C">
        <w:t>zgodę</w:t>
      </w:r>
      <w:proofErr w:type="spellEnd"/>
      <w:r w:rsidRPr="0043727C">
        <w:t xml:space="preserve"> na </w:t>
      </w:r>
      <w:proofErr w:type="spellStart"/>
      <w:r w:rsidRPr="0043727C">
        <w:t>przetwarzanie</w:t>
      </w:r>
      <w:proofErr w:type="spellEnd"/>
      <w:r w:rsidRPr="0043727C">
        <w:t xml:space="preserve"> </w:t>
      </w:r>
      <w:proofErr w:type="spellStart"/>
      <w:r w:rsidRPr="0043727C">
        <w:t>danych</w:t>
      </w:r>
      <w:proofErr w:type="spellEnd"/>
      <w:r w:rsidRPr="0043727C">
        <w:t xml:space="preserve"> </w:t>
      </w:r>
      <w:proofErr w:type="spellStart"/>
      <w:r w:rsidRPr="0043727C">
        <w:t>osobowych</w:t>
      </w:r>
      <w:proofErr w:type="spellEnd"/>
      <w:r w:rsidRPr="0043727C">
        <w:t xml:space="preserve"> </w:t>
      </w:r>
      <w:proofErr w:type="spellStart"/>
      <w:r w:rsidRPr="0043727C">
        <w:t>uczestnika</w:t>
      </w:r>
      <w:proofErr w:type="spellEnd"/>
      <w:r w:rsidR="0043727C" w:rsidRPr="0043727C">
        <w:t xml:space="preserve"> </w:t>
      </w:r>
      <w:proofErr w:type="spellStart"/>
      <w:r w:rsidR="0043727C" w:rsidRPr="0043727C">
        <w:t>powyższego</w:t>
      </w:r>
      <w:proofErr w:type="spellEnd"/>
      <w:r w:rsidR="0043727C" w:rsidRPr="0043727C">
        <w:t xml:space="preserve"> </w:t>
      </w:r>
      <w:proofErr w:type="spellStart"/>
      <w:r w:rsidR="0043727C" w:rsidRPr="0043727C">
        <w:t>konkursu</w:t>
      </w:r>
      <w:proofErr w:type="spellEnd"/>
      <w:r w:rsidR="0043727C" w:rsidRPr="0043727C">
        <w:t xml:space="preserve"> </w:t>
      </w:r>
      <w:r w:rsidRPr="0043727C">
        <w:t xml:space="preserve"> </w:t>
      </w:r>
      <w:proofErr w:type="spellStart"/>
      <w:r w:rsidRPr="0043727C">
        <w:t>oraz</w:t>
      </w:r>
      <w:proofErr w:type="spellEnd"/>
      <w:r w:rsidRPr="0043727C">
        <w:t xml:space="preserve"> na </w:t>
      </w:r>
      <w:proofErr w:type="spellStart"/>
      <w:r w:rsidRPr="0043727C">
        <w:t>podawanie</w:t>
      </w:r>
      <w:proofErr w:type="spellEnd"/>
      <w:r w:rsidRPr="0043727C">
        <w:t xml:space="preserve"> </w:t>
      </w:r>
      <w:proofErr w:type="spellStart"/>
      <w:r w:rsidRPr="0043727C">
        <w:t>jego</w:t>
      </w:r>
      <w:proofErr w:type="spellEnd"/>
      <w:r w:rsidRPr="0043727C">
        <w:t xml:space="preserve"> </w:t>
      </w:r>
      <w:proofErr w:type="spellStart"/>
      <w:r w:rsidRPr="0043727C">
        <w:t>im</w:t>
      </w:r>
      <w:r w:rsidR="0043727C" w:rsidRPr="0043727C">
        <w:t>ienia</w:t>
      </w:r>
      <w:proofErr w:type="spellEnd"/>
      <w:r w:rsidR="0043727C" w:rsidRPr="0043727C">
        <w:t xml:space="preserve"> </w:t>
      </w:r>
      <w:proofErr w:type="spellStart"/>
      <w:r w:rsidR="0043727C" w:rsidRPr="0043727C">
        <w:t>i</w:t>
      </w:r>
      <w:proofErr w:type="spellEnd"/>
      <w:r w:rsidR="0043727C" w:rsidRPr="0043727C">
        <w:t xml:space="preserve"> </w:t>
      </w:r>
      <w:proofErr w:type="spellStart"/>
      <w:r w:rsidR="0043727C" w:rsidRPr="0043727C">
        <w:t>nazwiska</w:t>
      </w:r>
      <w:proofErr w:type="spellEnd"/>
      <w:r w:rsidR="0043727C" w:rsidRPr="0043727C">
        <w:t xml:space="preserve"> do </w:t>
      </w:r>
      <w:proofErr w:type="spellStart"/>
      <w:r w:rsidR="0043727C" w:rsidRPr="0043727C">
        <w:t>wiadomości</w:t>
      </w:r>
      <w:proofErr w:type="spellEnd"/>
      <w:r w:rsidR="0043727C" w:rsidRPr="0043727C">
        <w:t xml:space="preserve"> </w:t>
      </w:r>
      <w:proofErr w:type="spellStart"/>
      <w:r w:rsidR="0043727C" w:rsidRPr="0043727C">
        <w:t>publicznej</w:t>
      </w:r>
      <w:proofErr w:type="spellEnd"/>
      <w:r w:rsidR="0043727C" w:rsidRPr="0043727C">
        <w:t xml:space="preserve"> </w:t>
      </w:r>
      <w:proofErr w:type="spellStart"/>
      <w:r w:rsidR="0043727C" w:rsidRPr="0043727C">
        <w:t>oraz</w:t>
      </w:r>
      <w:proofErr w:type="spellEnd"/>
      <w:r w:rsidR="0043727C" w:rsidRPr="0043727C">
        <w:t xml:space="preserve"> </w:t>
      </w:r>
      <w:proofErr w:type="spellStart"/>
      <w:r w:rsidR="0043727C" w:rsidRPr="0043727C">
        <w:t>wizerunku</w:t>
      </w:r>
      <w:proofErr w:type="spellEnd"/>
      <w:r w:rsidR="0043727C" w:rsidRPr="0043727C">
        <w:t xml:space="preserve"> w </w:t>
      </w:r>
      <w:proofErr w:type="spellStart"/>
      <w:r w:rsidR="0043727C" w:rsidRPr="0043727C">
        <w:t>związku</w:t>
      </w:r>
      <w:proofErr w:type="spellEnd"/>
      <w:r w:rsidR="0043727C" w:rsidRPr="0043727C">
        <w:t xml:space="preserve"> z </w:t>
      </w:r>
      <w:proofErr w:type="spellStart"/>
      <w:r w:rsidR="0043727C" w:rsidRPr="0043727C">
        <w:t>udziałem</w:t>
      </w:r>
      <w:proofErr w:type="spellEnd"/>
      <w:r w:rsidR="0043727C" w:rsidRPr="0043727C">
        <w:t xml:space="preserve"> w </w:t>
      </w:r>
      <w:proofErr w:type="spellStart"/>
      <w:r w:rsidR="0043727C" w:rsidRPr="0043727C">
        <w:t>konkursiew</w:t>
      </w:r>
      <w:proofErr w:type="spellEnd"/>
      <w:r w:rsidR="0043727C" w:rsidRPr="0043727C">
        <w:t xml:space="preserve"> </w:t>
      </w:r>
      <w:proofErr w:type="spellStart"/>
      <w:r w:rsidR="0043727C" w:rsidRPr="0043727C">
        <w:t>ogłoszeniachi</w:t>
      </w:r>
      <w:proofErr w:type="spellEnd"/>
      <w:r w:rsidR="0043727C" w:rsidRPr="0043727C">
        <w:t xml:space="preserve"> </w:t>
      </w:r>
      <w:proofErr w:type="spellStart"/>
      <w:r w:rsidR="0043727C" w:rsidRPr="0043727C">
        <w:t>informacjach</w:t>
      </w:r>
      <w:proofErr w:type="spellEnd"/>
      <w:r w:rsidR="0043727C" w:rsidRPr="0043727C">
        <w:t xml:space="preserve"> o </w:t>
      </w:r>
      <w:proofErr w:type="spellStart"/>
      <w:r w:rsidR="0043727C" w:rsidRPr="0043727C">
        <w:t>jego</w:t>
      </w:r>
      <w:proofErr w:type="spellEnd"/>
      <w:r w:rsidR="0043727C" w:rsidRPr="0043727C">
        <w:t xml:space="preserve"> </w:t>
      </w:r>
      <w:proofErr w:type="spellStart"/>
      <w:r w:rsidR="0043727C" w:rsidRPr="0043727C">
        <w:t>wynikach</w:t>
      </w:r>
      <w:proofErr w:type="spellEnd"/>
      <w:r w:rsidR="0043727C" w:rsidRPr="0043727C">
        <w:t>.</w:t>
      </w:r>
    </w:p>
    <w:p w:rsidR="0043727C" w:rsidRPr="0043727C" w:rsidRDefault="0043727C" w:rsidP="00FD12E9">
      <w:pPr>
        <w:spacing w:after="0"/>
      </w:pPr>
    </w:p>
    <w:p w:rsidR="0043727C" w:rsidRPr="0043727C" w:rsidRDefault="0043727C" w:rsidP="0043727C">
      <w:pPr>
        <w:spacing w:after="0"/>
        <w:ind w:left="3600" w:firstLine="720"/>
      </w:pPr>
    </w:p>
    <w:p w:rsidR="00FD12E9" w:rsidRDefault="0043727C" w:rsidP="0043727C">
      <w:pPr>
        <w:spacing w:after="0"/>
        <w:ind w:left="4320"/>
        <w:rPr>
          <w:sz w:val="20"/>
          <w:szCs w:val="20"/>
        </w:rPr>
      </w:pPr>
      <w:r w:rsidRPr="0043727C">
        <w:t>…………………………………………………………………..</w:t>
      </w:r>
      <w:r w:rsidR="00FD12E9" w:rsidRPr="0043727C">
        <w:br/>
        <w:t>(</w:t>
      </w:r>
      <w:proofErr w:type="spellStart"/>
      <w:r w:rsidR="00FD12E9" w:rsidRPr="0043727C">
        <w:t>podpis</w:t>
      </w:r>
      <w:proofErr w:type="spellEnd"/>
      <w:r w:rsidR="00FD12E9" w:rsidRPr="0043727C">
        <w:t xml:space="preserve"> </w:t>
      </w:r>
      <w:proofErr w:type="spellStart"/>
      <w:r w:rsidR="00FD12E9" w:rsidRPr="0043727C">
        <w:t>rodzica</w:t>
      </w:r>
      <w:proofErr w:type="spellEnd"/>
      <w:r w:rsidRPr="0043727C">
        <w:t>/</w:t>
      </w:r>
      <w:proofErr w:type="spellStart"/>
      <w:r w:rsidRPr="0043727C">
        <w:t>opiekuna</w:t>
      </w:r>
      <w:proofErr w:type="spellEnd"/>
      <w:r w:rsidRPr="0043727C">
        <w:t xml:space="preserve"> </w:t>
      </w:r>
      <w:proofErr w:type="spellStart"/>
      <w:r w:rsidRPr="0043727C">
        <w:t>prawnego</w:t>
      </w:r>
      <w:proofErr w:type="spellEnd"/>
      <w:r w:rsidR="00FD12E9" w:rsidRPr="0043727C">
        <w:t>)</w:t>
      </w:r>
      <w:r w:rsidR="00FD12E9" w:rsidRPr="001D72F5">
        <w:rPr>
          <w:color w:val="FF0000"/>
        </w:rPr>
        <w:br/>
      </w:r>
    </w:p>
    <w:p w:rsidR="0043727C" w:rsidRDefault="0043727C" w:rsidP="00E17443">
      <w:p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lastRenderedPageBreak/>
        <w:t>Załącznik</w:t>
      </w:r>
      <w:proofErr w:type="spellEnd"/>
      <w:r>
        <w:rPr>
          <w:sz w:val="20"/>
          <w:szCs w:val="20"/>
        </w:rPr>
        <w:t xml:space="preserve"> 2 </w:t>
      </w:r>
    </w:p>
    <w:p w:rsidR="003020F8" w:rsidRPr="00E17443" w:rsidRDefault="00E17443" w:rsidP="00E17443">
      <w:pPr>
        <w:spacing w:after="0"/>
        <w:rPr>
          <w:sz w:val="20"/>
          <w:szCs w:val="20"/>
        </w:rPr>
      </w:pPr>
      <w:r w:rsidRPr="00E17443">
        <w:rPr>
          <w:sz w:val="20"/>
          <w:szCs w:val="20"/>
        </w:rPr>
        <w:t xml:space="preserve">KLAUZULA INFORMACYJNA </w:t>
      </w:r>
      <w:r w:rsidR="00504724" w:rsidRPr="00E17443">
        <w:rPr>
          <w:sz w:val="20"/>
          <w:szCs w:val="20"/>
        </w:rPr>
        <w:br/>
      </w:r>
      <w:r w:rsidR="00504724" w:rsidRPr="00E17443">
        <w:rPr>
          <w:sz w:val="20"/>
          <w:szCs w:val="20"/>
        </w:rPr>
        <w:br/>
      </w:r>
      <w:r w:rsidR="00504724" w:rsidRPr="00E17443">
        <w:rPr>
          <w:b/>
          <w:sz w:val="20"/>
          <w:szCs w:val="20"/>
        </w:rPr>
        <w:t xml:space="preserve">Administrator </w:t>
      </w:r>
      <w:proofErr w:type="spellStart"/>
      <w:r w:rsidR="00504724" w:rsidRPr="00E17443">
        <w:rPr>
          <w:b/>
          <w:sz w:val="20"/>
          <w:szCs w:val="20"/>
        </w:rPr>
        <w:t>danych</w:t>
      </w:r>
      <w:proofErr w:type="spellEnd"/>
      <w:r w:rsidR="00504724" w:rsidRPr="00E17443">
        <w:rPr>
          <w:b/>
          <w:sz w:val="20"/>
          <w:szCs w:val="20"/>
        </w:rPr>
        <w:t xml:space="preserve"> </w:t>
      </w:r>
      <w:proofErr w:type="spellStart"/>
      <w:r w:rsidR="00504724" w:rsidRPr="00E17443">
        <w:rPr>
          <w:b/>
          <w:sz w:val="20"/>
          <w:szCs w:val="20"/>
        </w:rPr>
        <w:t>osobowych</w:t>
      </w:r>
      <w:proofErr w:type="spellEnd"/>
      <w:r w:rsidR="00504724" w:rsidRPr="00E17443">
        <w:rPr>
          <w:sz w:val="20"/>
          <w:szCs w:val="20"/>
        </w:rPr>
        <w:t>:</w:t>
      </w:r>
      <w:r w:rsidR="00504724" w:rsidRPr="00E17443">
        <w:rPr>
          <w:sz w:val="20"/>
          <w:szCs w:val="20"/>
        </w:rPr>
        <w:br/>
      </w:r>
      <w:proofErr w:type="spellStart"/>
      <w:r w:rsidR="00504724" w:rsidRPr="00E17443">
        <w:rPr>
          <w:sz w:val="20"/>
          <w:szCs w:val="20"/>
        </w:rPr>
        <w:t>Admninistratorem</w:t>
      </w:r>
      <w:proofErr w:type="spellEnd"/>
      <w:r w:rsidR="00504724" w:rsidRPr="00E17443">
        <w:rPr>
          <w:sz w:val="20"/>
          <w:szCs w:val="20"/>
        </w:rPr>
        <w:t xml:space="preserve"> </w:t>
      </w:r>
      <w:proofErr w:type="spellStart"/>
      <w:r w:rsidR="00504724" w:rsidRPr="00E17443">
        <w:rPr>
          <w:sz w:val="20"/>
          <w:szCs w:val="20"/>
        </w:rPr>
        <w:t>danych</w:t>
      </w:r>
      <w:proofErr w:type="spellEnd"/>
      <w:r w:rsidR="00504724" w:rsidRPr="00E17443">
        <w:rPr>
          <w:sz w:val="20"/>
          <w:szCs w:val="20"/>
        </w:rPr>
        <w:t xml:space="preserve"> </w:t>
      </w:r>
      <w:proofErr w:type="spellStart"/>
      <w:r w:rsidR="00504724" w:rsidRPr="00E17443">
        <w:rPr>
          <w:sz w:val="20"/>
          <w:szCs w:val="20"/>
        </w:rPr>
        <w:t>osobowych</w:t>
      </w:r>
      <w:proofErr w:type="spellEnd"/>
      <w:r w:rsidR="00504724" w:rsidRPr="00E17443">
        <w:rPr>
          <w:sz w:val="20"/>
          <w:szCs w:val="20"/>
        </w:rPr>
        <w:t xml:space="preserve"> </w:t>
      </w:r>
      <w:proofErr w:type="spellStart"/>
      <w:r w:rsidR="00504724" w:rsidRPr="00E17443">
        <w:rPr>
          <w:sz w:val="20"/>
          <w:szCs w:val="20"/>
        </w:rPr>
        <w:t>uczestników</w:t>
      </w:r>
      <w:proofErr w:type="spellEnd"/>
      <w:r w:rsidR="00504724" w:rsidRPr="00E17443">
        <w:rPr>
          <w:sz w:val="20"/>
          <w:szCs w:val="20"/>
        </w:rPr>
        <w:t xml:space="preserve"> </w:t>
      </w:r>
      <w:proofErr w:type="spellStart"/>
      <w:r w:rsidR="00504724" w:rsidRPr="00E17443">
        <w:rPr>
          <w:sz w:val="20"/>
          <w:szCs w:val="20"/>
        </w:rPr>
        <w:t>konkursu</w:t>
      </w:r>
      <w:proofErr w:type="spellEnd"/>
      <w:r w:rsidR="00504724" w:rsidRPr="00E17443">
        <w:rPr>
          <w:sz w:val="20"/>
          <w:szCs w:val="20"/>
        </w:rPr>
        <w:t xml:space="preserve"> jest Zespół </w:t>
      </w:r>
      <w:proofErr w:type="spellStart"/>
      <w:r w:rsidR="00504724" w:rsidRPr="00E17443">
        <w:rPr>
          <w:sz w:val="20"/>
          <w:szCs w:val="20"/>
        </w:rPr>
        <w:t>Interdyscyplinarny</w:t>
      </w:r>
      <w:proofErr w:type="spellEnd"/>
      <w:r w:rsidR="00504724" w:rsidRPr="00E17443">
        <w:rPr>
          <w:sz w:val="20"/>
          <w:szCs w:val="20"/>
        </w:rPr>
        <w:t xml:space="preserve"> </w:t>
      </w:r>
      <w:proofErr w:type="spellStart"/>
      <w:r w:rsidR="00504724" w:rsidRPr="00E17443">
        <w:rPr>
          <w:sz w:val="20"/>
          <w:szCs w:val="20"/>
        </w:rPr>
        <w:t>Gminy</w:t>
      </w:r>
      <w:proofErr w:type="spellEnd"/>
      <w:r w:rsidR="00504724" w:rsidRPr="00E17443">
        <w:rPr>
          <w:sz w:val="20"/>
          <w:szCs w:val="20"/>
        </w:rPr>
        <w:t xml:space="preserve"> </w:t>
      </w:r>
      <w:proofErr w:type="spellStart"/>
      <w:r w:rsidR="00504724" w:rsidRPr="00E17443">
        <w:rPr>
          <w:sz w:val="20"/>
          <w:szCs w:val="20"/>
        </w:rPr>
        <w:t>Kępice</w:t>
      </w:r>
      <w:proofErr w:type="spellEnd"/>
      <w:r w:rsidR="00504724" w:rsidRPr="00E17443">
        <w:rPr>
          <w:sz w:val="20"/>
          <w:szCs w:val="20"/>
        </w:rPr>
        <w:t xml:space="preserve">, </w:t>
      </w:r>
      <w:proofErr w:type="spellStart"/>
      <w:r w:rsidR="003020F8" w:rsidRPr="00E17443">
        <w:rPr>
          <w:sz w:val="20"/>
          <w:szCs w:val="20"/>
        </w:rPr>
        <w:t>ul</w:t>
      </w:r>
      <w:proofErr w:type="spellEnd"/>
      <w:r w:rsidR="003020F8" w:rsidRPr="00E17443">
        <w:rPr>
          <w:sz w:val="20"/>
          <w:szCs w:val="20"/>
        </w:rPr>
        <w:t xml:space="preserve">. </w:t>
      </w:r>
      <w:proofErr w:type="spellStart"/>
      <w:r w:rsidR="003020F8" w:rsidRPr="00E17443">
        <w:rPr>
          <w:sz w:val="20"/>
          <w:szCs w:val="20"/>
        </w:rPr>
        <w:t>Niepodległości</w:t>
      </w:r>
      <w:proofErr w:type="spellEnd"/>
      <w:r w:rsidR="003020F8" w:rsidRPr="00E17443">
        <w:rPr>
          <w:sz w:val="20"/>
          <w:szCs w:val="20"/>
        </w:rPr>
        <w:t xml:space="preserve"> 6, 77-230 </w:t>
      </w:r>
      <w:proofErr w:type="spellStart"/>
      <w:r w:rsidR="003020F8" w:rsidRPr="00E17443">
        <w:rPr>
          <w:sz w:val="20"/>
          <w:szCs w:val="20"/>
        </w:rPr>
        <w:t>Kępice</w:t>
      </w:r>
      <w:proofErr w:type="spellEnd"/>
      <w:r w:rsidR="003020F8" w:rsidRPr="00E17443">
        <w:rPr>
          <w:sz w:val="20"/>
          <w:szCs w:val="20"/>
        </w:rPr>
        <w:t>.</w:t>
      </w:r>
    </w:p>
    <w:p w:rsidR="003020F8" w:rsidRPr="00E17443" w:rsidRDefault="003020F8" w:rsidP="00E17443">
      <w:pPr>
        <w:spacing w:after="0"/>
        <w:rPr>
          <w:sz w:val="20"/>
          <w:szCs w:val="20"/>
        </w:rPr>
      </w:pPr>
      <w:proofErr w:type="spellStart"/>
      <w:r w:rsidRPr="00E17443">
        <w:rPr>
          <w:sz w:val="20"/>
          <w:szCs w:val="20"/>
        </w:rPr>
        <w:t>Kontakt</w:t>
      </w:r>
      <w:proofErr w:type="spellEnd"/>
      <w:r w:rsidRPr="00E17443">
        <w:rPr>
          <w:sz w:val="20"/>
          <w:szCs w:val="20"/>
        </w:rPr>
        <w:t xml:space="preserve">: </w:t>
      </w:r>
      <w:proofErr w:type="spellStart"/>
      <w:r w:rsidRPr="00E17443">
        <w:rPr>
          <w:sz w:val="20"/>
          <w:szCs w:val="20"/>
        </w:rPr>
        <w:t>korespondencyjnie</w:t>
      </w:r>
      <w:proofErr w:type="spellEnd"/>
      <w:r w:rsidRPr="00E17443">
        <w:rPr>
          <w:sz w:val="20"/>
          <w:szCs w:val="20"/>
        </w:rPr>
        <w:t xml:space="preserve">, </w:t>
      </w:r>
      <w:proofErr w:type="spellStart"/>
      <w:r w:rsidRPr="00E17443">
        <w:rPr>
          <w:sz w:val="20"/>
          <w:szCs w:val="20"/>
        </w:rPr>
        <w:t>adres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jw</w:t>
      </w:r>
      <w:proofErr w:type="spellEnd"/>
      <w:r w:rsidRPr="00E17443">
        <w:rPr>
          <w:sz w:val="20"/>
          <w:szCs w:val="20"/>
        </w:rPr>
        <w:t>.</w:t>
      </w:r>
    </w:p>
    <w:p w:rsidR="003020F8" w:rsidRPr="00E17443" w:rsidRDefault="00504724" w:rsidP="00E17443">
      <w:pPr>
        <w:spacing w:after="0"/>
        <w:rPr>
          <w:sz w:val="20"/>
          <w:szCs w:val="20"/>
        </w:rPr>
      </w:pPr>
      <w:r w:rsidRPr="00E17443">
        <w:rPr>
          <w:sz w:val="20"/>
          <w:szCs w:val="20"/>
        </w:rPr>
        <w:br/>
      </w:r>
      <w:proofErr w:type="spellStart"/>
      <w:r w:rsidRPr="00E17443">
        <w:rPr>
          <w:b/>
          <w:sz w:val="20"/>
          <w:szCs w:val="20"/>
        </w:rPr>
        <w:t>Inspektor</w:t>
      </w:r>
      <w:proofErr w:type="spellEnd"/>
      <w:r w:rsidRPr="00E17443">
        <w:rPr>
          <w:b/>
          <w:sz w:val="20"/>
          <w:szCs w:val="20"/>
        </w:rPr>
        <w:t xml:space="preserve"> </w:t>
      </w:r>
      <w:proofErr w:type="spellStart"/>
      <w:r w:rsidRPr="00E17443">
        <w:rPr>
          <w:b/>
          <w:sz w:val="20"/>
          <w:szCs w:val="20"/>
        </w:rPr>
        <w:t>Danych</w:t>
      </w:r>
      <w:proofErr w:type="spellEnd"/>
      <w:r w:rsidR="003020F8" w:rsidRPr="00E17443">
        <w:rPr>
          <w:b/>
          <w:sz w:val="20"/>
          <w:szCs w:val="20"/>
        </w:rPr>
        <w:t xml:space="preserve"> </w:t>
      </w:r>
      <w:proofErr w:type="spellStart"/>
      <w:r w:rsidR="003020F8" w:rsidRPr="00E17443">
        <w:rPr>
          <w:b/>
          <w:sz w:val="20"/>
          <w:szCs w:val="20"/>
        </w:rPr>
        <w:t>Osobowych</w:t>
      </w:r>
      <w:proofErr w:type="spellEnd"/>
      <w:r w:rsidRPr="00E17443">
        <w:rPr>
          <w:b/>
          <w:sz w:val="20"/>
          <w:szCs w:val="20"/>
        </w:rPr>
        <w:t>:</w:t>
      </w:r>
      <w:r w:rsidRPr="00E17443">
        <w:rPr>
          <w:b/>
          <w:sz w:val="20"/>
          <w:szCs w:val="20"/>
        </w:rPr>
        <w:br/>
      </w:r>
      <w:proofErr w:type="spellStart"/>
      <w:r w:rsidR="003020F8" w:rsidRPr="00E17443">
        <w:rPr>
          <w:sz w:val="20"/>
          <w:szCs w:val="20"/>
        </w:rPr>
        <w:t>korespondencyjnie</w:t>
      </w:r>
      <w:proofErr w:type="spellEnd"/>
      <w:r w:rsidR="003020F8" w:rsidRPr="00E17443">
        <w:rPr>
          <w:sz w:val="20"/>
          <w:szCs w:val="20"/>
        </w:rPr>
        <w:t xml:space="preserve">: Zespół </w:t>
      </w:r>
      <w:proofErr w:type="spellStart"/>
      <w:r w:rsidR="003020F8" w:rsidRPr="00E17443">
        <w:rPr>
          <w:sz w:val="20"/>
          <w:szCs w:val="20"/>
        </w:rPr>
        <w:t>Interdyscyplinarny</w:t>
      </w:r>
      <w:proofErr w:type="spellEnd"/>
      <w:r w:rsidR="003020F8" w:rsidRPr="00E17443">
        <w:rPr>
          <w:sz w:val="20"/>
          <w:szCs w:val="20"/>
        </w:rPr>
        <w:t xml:space="preserve"> </w:t>
      </w:r>
      <w:proofErr w:type="spellStart"/>
      <w:r w:rsidR="003020F8" w:rsidRPr="00E17443">
        <w:rPr>
          <w:sz w:val="20"/>
          <w:szCs w:val="20"/>
        </w:rPr>
        <w:t>Gminy</w:t>
      </w:r>
      <w:proofErr w:type="spellEnd"/>
      <w:r w:rsidR="003020F8" w:rsidRPr="00E17443">
        <w:rPr>
          <w:sz w:val="20"/>
          <w:szCs w:val="20"/>
        </w:rPr>
        <w:t xml:space="preserve"> </w:t>
      </w:r>
      <w:proofErr w:type="spellStart"/>
      <w:r w:rsidR="003020F8" w:rsidRPr="00E17443">
        <w:rPr>
          <w:sz w:val="20"/>
          <w:szCs w:val="20"/>
        </w:rPr>
        <w:t>Kępice</w:t>
      </w:r>
      <w:proofErr w:type="spellEnd"/>
      <w:r w:rsidR="003020F8" w:rsidRPr="00E17443">
        <w:rPr>
          <w:sz w:val="20"/>
          <w:szCs w:val="20"/>
        </w:rPr>
        <w:t xml:space="preserve">, </w:t>
      </w:r>
      <w:proofErr w:type="spellStart"/>
      <w:r w:rsidR="003020F8" w:rsidRPr="00E17443">
        <w:rPr>
          <w:sz w:val="20"/>
          <w:szCs w:val="20"/>
        </w:rPr>
        <w:t>ul</w:t>
      </w:r>
      <w:proofErr w:type="spellEnd"/>
      <w:r w:rsidR="003020F8" w:rsidRPr="00E17443">
        <w:rPr>
          <w:sz w:val="20"/>
          <w:szCs w:val="20"/>
        </w:rPr>
        <w:t xml:space="preserve">. </w:t>
      </w:r>
      <w:proofErr w:type="spellStart"/>
      <w:r w:rsidR="003020F8" w:rsidRPr="00E17443">
        <w:rPr>
          <w:sz w:val="20"/>
          <w:szCs w:val="20"/>
        </w:rPr>
        <w:t>Niepodległości</w:t>
      </w:r>
      <w:proofErr w:type="spellEnd"/>
      <w:r w:rsidR="003020F8" w:rsidRPr="00E17443">
        <w:rPr>
          <w:sz w:val="20"/>
          <w:szCs w:val="20"/>
        </w:rPr>
        <w:t xml:space="preserve"> 6, 77-230 </w:t>
      </w:r>
      <w:proofErr w:type="spellStart"/>
      <w:r w:rsidR="003020F8" w:rsidRPr="00E17443">
        <w:rPr>
          <w:sz w:val="20"/>
          <w:szCs w:val="20"/>
        </w:rPr>
        <w:t>Kępice</w:t>
      </w:r>
      <w:proofErr w:type="spellEnd"/>
      <w:r w:rsidR="003020F8" w:rsidRPr="00E17443">
        <w:rPr>
          <w:sz w:val="20"/>
          <w:szCs w:val="20"/>
        </w:rPr>
        <w:t xml:space="preserve">. </w:t>
      </w:r>
    </w:p>
    <w:p w:rsidR="003020F8" w:rsidRPr="00E17443" w:rsidRDefault="00504724" w:rsidP="00987EC5">
      <w:pPr>
        <w:rPr>
          <w:b/>
          <w:sz w:val="20"/>
          <w:szCs w:val="20"/>
        </w:rPr>
      </w:pPr>
      <w:proofErr w:type="spellStart"/>
      <w:r w:rsidRPr="00E17443">
        <w:rPr>
          <w:b/>
          <w:sz w:val="20"/>
          <w:szCs w:val="20"/>
        </w:rPr>
        <w:t>Podstawa</w:t>
      </w:r>
      <w:proofErr w:type="spellEnd"/>
      <w:r w:rsidRPr="00E17443">
        <w:rPr>
          <w:b/>
          <w:sz w:val="20"/>
          <w:szCs w:val="20"/>
        </w:rPr>
        <w:t xml:space="preserve"> </w:t>
      </w:r>
      <w:proofErr w:type="spellStart"/>
      <w:r w:rsidRPr="00E17443">
        <w:rPr>
          <w:b/>
          <w:sz w:val="20"/>
          <w:szCs w:val="20"/>
        </w:rPr>
        <w:t>prawna</w:t>
      </w:r>
      <w:proofErr w:type="spellEnd"/>
      <w:r w:rsidRPr="00E17443">
        <w:rPr>
          <w:b/>
          <w:sz w:val="20"/>
          <w:szCs w:val="20"/>
        </w:rPr>
        <w:t>:</w:t>
      </w:r>
      <w:r w:rsidRPr="00E17443">
        <w:rPr>
          <w:b/>
          <w:sz w:val="20"/>
          <w:szCs w:val="20"/>
        </w:rPr>
        <w:br/>
      </w:r>
      <w:r w:rsidRPr="00E17443">
        <w:rPr>
          <w:sz w:val="20"/>
          <w:szCs w:val="20"/>
        </w:rPr>
        <w:t xml:space="preserve">Dane </w:t>
      </w:r>
      <w:proofErr w:type="spellStart"/>
      <w:r w:rsidRPr="00E17443">
        <w:rPr>
          <w:sz w:val="20"/>
          <w:szCs w:val="20"/>
        </w:rPr>
        <w:t>przetwarzane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="003020F8" w:rsidRPr="00E17443">
        <w:rPr>
          <w:sz w:val="20"/>
          <w:szCs w:val="20"/>
        </w:rPr>
        <w:t>będą</w:t>
      </w:r>
      <w:proofErr w:type="spellEnd"/>
      <w:r w:rsidR="003020F8" w:rsidRPr="00E17443">
        <w:rPr>
          <w:sz w:val="20"/>
          <w:szCs w:val="20"/>
        </w:rPr>
        <w:t xml:space="preserve"> </w:t>
      </w:r>
      <w:proofErr w:type="spellStart"/>
      <w:r w:rsidR="003020F8" w:rsidRPr="00E17443">
        <w:rPr>
          <w:sz w:val="20"/>
          <w:szCs w:val="20"/>
        </w:rPr>
        <w:t>przetwarzane</w:t>
      </w:r>
      <w:proofErr w:type="spellEnd"/>
      <w:r w:rsidR="003020F8" w:rsidRPr="00E17443">
        <w:rPr>
          <w:sz w:val="20"/>
          <w:szCs w:val="20"/>
        </w:rPr>
        <w:t xml:space="preserve"> </w:t>
      </w:r>
      <w:r w:rsidRPr="00E17443">
        <w:rPr>
          <w:sz w:val="20"/>
          <w:szCs w:val="20"/>
        </w:rPr>
        <w:t xml:space="preserve">w </w:t>
      </w:r>
      <w:proofErr w:type="spellStart"/>
      <w:r w:rsidRPr="00E17443">
        <w:rPr>
          <w:sz w:val="20"/>
          <w:szCs w:val="20"/>
        </w:rPr>
        <w:t>celu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organizacji</w:t>
      </w:r>
      <w:proofErr w:type="spellEnd"/>
      <w:r w:rsidRPr="00E17443">
        <w:rPr>
          <w:sz w:val="20"/>
          <w:szCs w:val="20"/>
        </w:rPr>
        <w:t xml:space="preserve">, </w:t>
      </w:r>
      <w:proofErr w:type="spellStart"/>
      <w:r w:rsidRPr="00E17443">
        <w:rPr>
          <w:sz w:val="20"/>
          <w:szCs w:val="20"/>
        </w:rPr>
        <w:t>promo</w:t>
      </w:r>
      <w:r w:rsidR="003020F8" w:rsidRPr="00E17443">
        <w:rPr>
          <w:sz w:val="20"/>
          <w:szCs w:val="20"/>
        </w:rPr>
        <w:t>cji</w:t>
      </w:r>
      <w:proofErr w:type="spellEnd"/>
      <w:r w:rsidR="003020F8" w:rsidRPr="00E17443">
        <w:rPr>
          <w:sz w:val="20"/>
          <w:szCs w:val="20"/>
        </w:rPr>
        <w:t xml:space="preserve"> </w:t>
      </w:r>
      <w:proofErr w:type="spellStart"/>
      <w:r w:rsidR="003020F8" w:rsidRPr="00E17443">
        <w:rPr>
          <w:sz w:val="20"/>
          <w:szCs w:val="20"/>
        </w:rPr>
        <w:t>i</w:t>
      </w:r>
      <w:proofErr w:type="spellEnd"/>
      <w:r w:rsidR="003020F8" w:rsidRPr="00E17443">
        <w:rPr>
          <w:sz w:val="20"/>
          <w:szCs w:val="20"/>
        </w:rPr>
        <w:t xml:space="preserve"> </w:t>
      </w:r>
      <w:proofErr w:type="spellStart"/>
      <w:r w:rsidR="003020F8" w:rsidRPr="00E17443">
        <w:rPr>
          <w:sz w:val="20"/>
          <w:szCs w:val="20"/>
        </w:rPr>
        <w:t>przeprowadzenia</w:t>
      </w:r>
      <w:proofErr w:type="spellEnd"/>
      <w:r w:rsidR="003020F8" w:rsidRPr="00E17443">
        <w:rPr>
          <w:sz w:val="20"/>
          <w:szCs w:val="20"/>
        </w:rPr>
        <w:t xml:space="preserve"> </w:t>
      </w:r>
      <w:proofErr w:type="spellStart"/>
      <w:r w:rsidR="003020F8" w:rsidRPr="00E17443">
        <w:rPr>
          <w:sz w:val="20"/>
          <w:szCs w:val="20"/>
        </w:rPr>
        <w:t>konkursu</w:t>
      </w:r>
      <w:proofErr w:type="spellEnd"/>
      <w:r w:rsidR="003020F8" w:rsidRPr="00E17443">
        <w:rPr>
          <w:sz w:val="20"/>
          <w:szCs w:val="20"/>
        </w:rPr>
        <w:t xml:space="preserve"> ”</w:t>
      </w:r>
      <w:proofErr w:type="spellStart"/>
      <w:r w:rsidR="003020F8" w:rsidRPr="00E17443">
        <w:rPr>
          <w:sz w:val="20"/>
          <w:szCs w:val="20"/>
        </w:rPr>
        <w:t>Przepis</w:t>
      </w:r>
      <w:proofErr w:type="spellEnd"/>
      <w:r w:rsidR="003020F8" w:rsidRPr="00E17443">
        <w:rPr>
          <w:sz w:val="20"/>
          <w:szCs w:val="20"/>
        </w:rPr>
        <w:t xml:space="preserve"> na </w:t>
      </w:r>
      <w:proofErr w:type="spellStart"/>
      <w:r w:rsidR="003020F8" w:rsidRPr="00E17443">
        <w:rPr>
          <w:sz w:val="20"/>
          <w:szCs w:val="20"/>
        </w:rPr>
        <w:t>szczęśliwą</w:t>
      </w:r>
      <w:proofErr w:type="spellEnd"/>
      <w:r w:rsidR="003020F8" w:rsidRPr="00E17443">
        <w:rPr>
          <w:sz w:val="20"/>
          <w:szCs w:val="20"/>
        </w:rPr>
        <w:t xml:space="preserve"> </w:t>
      </w:r>
      <w:proofErr w:type="spellStart"/>
      <w:r w:rsidR="003020F8" w:rsidRPr="00E17443">
        <w:rPr>
          <w:sz w:val="20"/>
          <w:szCs w:val="20"/>
        </w:rPr>
        <w:t>rodzinę</w:t>
      </w:r>
      <w:proofErr w:type="spellEnd"/>
      <w:r w:rsidR="003020F8" w:rsidRPr="00E17443">
        <w:rPr>
          <w:sz w:val="20"/>
          <w:szCs w:val="20"/>
        </w:rPr>
        <w:t xml:space="preserve">” na </w:t>
      </w:r>
      <w:proofErr w:type="spellStart"/>
      <w:r w:rsidR="003020F8" w:rsidRPr="00E17443">
        <w:rPr>
          <w:sz w:val="20"/>
          <w:szCs w:val="20"/>
        </w:rPr>
        <w:t>podstwie</w:t>
      </w:r>
      <w:proofErr w:type="spellEnd"/>
      <w:r w:rsidR="003020F8" w:rsidRPr="00E17443">
        <w:rPr>
          <w:sz w:val="20"/>
          <w:szCs w:val="20"/>
        </w:rPr>
        <w:t xml:space="preserve"> </w:t>
      </w:r>
      <w:proofErr w:type="spellStart"/>
      <w:r w:rsidR="003020F8" w:rsidRPr="00E17443">
        <w:rPr>
          <w:sz w:val="20"/>
          <w:szCs w:val="20"/>
        </w:rPr>
        <w:t>wyrażonej</w:t>
      </w:r>
      <w:proofErr w:type="spellEnd"/>
      <w:r w:rsidR="003020F8" w:rsidRPr="00E17443">
        <w:rPr>
          <w:sz w:val="20"/>
          <w:szCs w:val="20"/>
        </w:rPr>
        <w:t xml:space="preserve"> </w:t>
      </w:r>
      <w:proofErr w:type="spellStart"/>
      <w:r w:rsidR="003020F8" w:rsidRPr="00E17443">
        <w:rPr>
          <w:sz w:val="20"/>
          <w:szCs w:val="20"/>
        </w:rPr>
        <w:t>zgody</w:t>
      </w:r>
      <w:proofErr w:type="spellEnd"/>
      <w:r w:rsidR="003020F8" w:rsidRPr="00E17443">
        <w:rPr>
          <w:sz w:val="20"/>
          <w:szCs w:val="20"/>
        </w:rPr>
        <w:t xml:space="preserve"> (</w:t>
      </w:r>
      <w:proofErr w:type="spellStart"/>
      <w:r w:rsidR="003020F8" w:rsidRPr="00E17443">
        <w:rPr>
          <w:sz w:val="20"/>
          <w:szCs w:val="20"/>
        </w:rPr>
        <w:t>zgodnie</w:t>
      </w:r>
      <w:proofErr w:type="spellEnd"/>
      <w:r w:rsidR="003020F8" w:rsidRPr="00E17443">
        <w:rPr>
          <w:sz w:val="20"/>
          <w:szCs w:val="20"/>
        </w:rPr>
        <w:t xml:space="preserve"> z art.6 ust.1 lit RODO)</w:t>
      </w:r>
      <w:proofErr w:type="spellStart"/>
      <w:r w:rsidR="003020F8" w:rsidRPr="00E17443">
        <w:rPr>
          <w:sz w:val="20"/>
          <w:szCs w:val="20"/>
        </w:rPr>
        <w:t>oraz</w:t>
      </w:r>
      <w:proofErr w:type="spellEnd"/>
      <w:r w:rsidR="003020F8" w:rsidRPr="00E17443">
        <w:rPr>
          <w:sz w:val="20"/>
          <w:szCs w:val="20"/>
        </w:rPr>
        <w:t xml:space="preserve"> w </w:t>
      </w:r>
      <w:proofErr w:type="spellStart"/>
      <w:r w:rsidR="003020F8" w:rsidRPr="00E17443">
        <w:rPr>
          <w:sz w:val="20"/>
          <w:szCs w:val="20"/>
        </w:rPr>
        <w:t>celach</w:t>
      </w:r>
      <w:proofErr w:type="spellEnd"/>
      <w:r w:rsidR="003020F8" w:rsidRPr="00E17443">
        <w:rPr>
          <w:sz w:val="20"/>
          <w:szCs w:val="20"/>
        </w:rPr>
        <w:t xml:space="preserve"> </w:t>
      </w:r>
      <w:proofErr w:type="spellStart"/>
      <w:r w:rsidR="003020F8" w:rsidRPr="00E17443">
        <w:rPr>
          <w:sz w:val="20"/>
          <w:szCs w:val="20"/>
        </w:rPr>
        <w:t>wypełnienia</w:t>
      </w:r>
      <w:proofErr w:type="spellEnd"/>
      <w:r w:rsidR="003020F8" w:rsidRPr="00E17443">
        <w:rPr>
          <w:sz w:val="20"/>
          <w:szCs w:val="20"/>
        </w:rPr>
        <w:t xml:space="preserve"> </w:t>
      </w:r>
      <w:proofErr w:type="spellStart"/>
      <w:r w:rsidR="003020F8" w:rsidRPr="00E17443">
        <w:rPr>
          <w:sz w:val="20"/>
          <w:szCs w:val="20"/>
        </w:rPr>
        <w:t>obowiązku</w:t>
      </w:r>
      <w:proofErr w:type="spellEnd"/>
      <w:r w:rsidR="003020F8" w:rsidRPr="00E17443">
        <w:rPr>
          <w:sz w:val="20"/>
          <w:szCs w:val="20"/>
        </w:rPr>
        <w:t xml:space="preserve"> </w:t>
      </w:r>
      <w:proofErr w:type="spellStart"/>
      <w:r w:rsidR="003020F8" w:rsidRPr="00E17443">
        <w:rPr>
          <w:sz w:val="20"/>
          <w:szCs w:val="20"/>
        </w:rPr>
        <w:t>archiwizacji</w:t>
      </w:r>
      <w:proofErr w:type="spellEnd"/>
      <w:r w:rsidR="003020F8" w:rsidRPr="00E17443">
        <w:rPr>
          <w:sz w:val="20"/>
          <w:szCs w:val="20"/>
        </w:rPr>
        <w:t xml:space="preserve"> </w:t>
      </w:r>
      <w:proofErr w:type="spellStart"/>
      <w:r w:rsidR="003020F8" w:rsidRPr="00E17443">
        <w:rPr>
          <w:sz w:val="20"/>
          <w:szCs w:val="20"/>
        </w:rPr>
        <w:t>dokumentów</w:t>
      </w:r>
      <w:proofErr w:type="spellEnd"/>
      <w:r w:rsidR="003020F8" w:rsidRPr="00E17443">
        <w:rPr>
          <w:sz w:val="20"/>
          <w:szCs w:val="20"/>
        </w:rPr>
        <w:t>.</w:t>
      </w:r>
      <w:r w:rsidRPr="00E17443">
        <w:rPr>
          <w:sz w:val="20"/>
          <w:szCs w:val="20"/>
        </w:rPr>
        <w:br/>
      </w:r>
      <w:r w:rsidRPr="00E17443">
        <w:rPr>
          <w:sz w:val="20"/>
          <w:szCs w:val="20"/>
        </w:rPr>
        <w:br/>
      </w:r>
      <w:proofErr w:type="spellStart"/>
      <w:r w:rsidR="003020F8" w:rsidRPr="00E17443">
        <w:rPr>
          <w:b/>
          <w:sz w:val="20"/>
          <w:szCs w:val="20"/>
        </w:rPr>
        <w:t>Odbiorcy</w:t>
      </w:r>
      <w:proofErr w:type="spellEnd"/>
      <w:r w:rsidR="003020F8" w:rsidRPr="00E17443">
        <w:rPr>
          <w:b/>
          <w:sz w:val="20"/>
          <w:szCs w:val="20"/>
        </w:rPr>
        <w:t xml:space="preserve"> </w:t>
      </w:r>
      <w:proofErr w:type="spellStart"/>
      <w:r w:rsidR="003020F8" w:rsidRPr="00E17443">
        <w:rPr>
          <w:b/>
          <w:sz w:val="20"/>
          <w:szCs w:val="20"/>
        </w:rPr>
        <w:t>Danych</w:t>
      </w:r>
      <w:proofErr w:type="spellEnd"/>
      <w:r w:rsidR="003020F8" w:rsidRPr="00E17443">
        <w:rPr>
          <w:b/>
          <w:sz w:val="20"/>
          <w:szCs w:val="20"/>
        </w:rPr>
        <w:t xml:space="preserve"> </w:t>
      </w:r>
      <w:proofErr w:type="spellStart"/>
      <w:r w:rsidR="003020F8" w:rsidRPr="00E17443">
        <w:rPr>
          <w:b/>
          <w:sz w:val="20"/>
          <w:szCs w:val="20"/>
        </w:rPr>
        <w:t>Osobowych</w:t>
      </w:r>
      <w:proofErr w:type="spellEnd"/>
      <w:r w:rsidR="003020F8" w:rsidRPr="00E17443">
        <w:rPr>
          <w:b/>
          <w:sz w:val="20"/>
          <w:szCs w:val="20"/>
        </w:rPr>
        <w:t xml:space="preserve">:                                                                                     </w:t>
      </w:r>
      <w:r w:rsidR="00E17443">
        <w:rPr>
          <w:b/>
          <w:sz w:val="20"/>
          <w:szCs w:val="20"/>
        </w:rPr>
        <w:t xml:space="preserve">                                        </w:t>
      </w:r>
      <w:r w:rsidR="003020F8" w:rsidRPr="00E17443">
        <w:rPr>
          <w:b/>
          <w:sz w:val="20"/>
          <w:szCs w:val="20"/>
        </w:rPr>
        <w:t xml:space="preserve"> </w:t>
      </w:r>
      <w:r w:rsidR="003020F8" w:rsidRPr="00E17443">
        <w:rPr>
          <w:sz w:val="20"/>
          <w:szCs w:val="20"/>
        </w:rPr>
        <w:t xml:space="preserve">Dane </w:t>
      </w:r>
      <w:proofErr w:type="spellStart"/>
      <w:r w:rsidR="003020F8" w:rsidRPr="00E17443">
        <w:rPr>
          <w:sz w:val="20"/>
          <w:szCs w:val="20"/>
        </w:rPr>
        <w:t>nie</w:t>
      </w:r>
      <w:proofErr w:type="spellEnd"/>
      <w:r w:rsidR="003020F8" w:rsidRPr="00E17443">
        <w:rPr>
          <w:sz w:val="20"/>
          <w:szCs w:val="20"/>
        </w:rPr>
        <w:t xml:space="preserve"> </w:t>
      </w:r>
      <w:proofErr w:type="spellStart"/>
      <w:r w:rsidR="003020F8" w:rsidRPr="00E17443">
        <w:rPr>
          <w:sz w:val="20"/>
          <w:szCs w:val="20"/>
        </w:rPr>
        <w:t>będą</w:t>
      </w:r>
      <w:proofErr w:type="spellEnd"/>
      <w:r w:rsidR="003020F8" w:rsidRPr="00E17443">
        <w:rPr>
          <w:sz w:val="20"/>
          <w:szCs w:val="20"/>
        </w:rPr>
        <w:t xml:space="preserve"> </w:t>
      </w:r>
      <w:proofErr w:type="spellStart"/>
      <w:r w:rsidR="003020F8" w:rsidRPr="00E17443">
        <w:rPr>
          <w:sz w:val="20"/>
          <w:szCs w:val="20"/>
        </w:rPr>
        <w:t>udostępniane</w:t>
      </w:r>
      <w:proofErr w:type="spellEnd"/>
      <w:r w:rsidR="003020F8" w:rsidRPr="00E17443">
        <w:rPr>
          <w:sz w:val="20"/>
          <w:szCs w:val="20"/>
        </w:rPr>
        <w:t xml:space="preserve"> </w:t>
      </w:r>
      <w:proofErr w:type="spellStart"/>
      <w:r w:rsidR="003020F8" w:rsidRPr="00E17443">
        <w:rPr>
          <w:sz w:val="20"/>
          <w:szCs w:val="20"/>
        </w:rPr>
        <w:t>innym</w:t>
      </w:r>
      <w:proofErr w:type="spellEnd"/>
      <w:r w:rsidR="003020F8" w:rsidRPr="00E17443">
        <w:rPr>
          <w:sz w:val="20"/>
          <w:szCs w:val="20"/>
        </w:rPr>
        <w:t xml:space="preserve"> </w:t>
      </w:r>
      <w:proofErr w:type="spellStart"/>
      <w:r w:rsidR="003020F8" w:rsidRPr="00E17443">
        <w:rPr>
          <w:sz w:val="20"/>
          <w:szCs w:val="20"/>
        </w:rPr>
        <w:t>podmiotom</w:t>
      </w:r>
      <w:proofErr w:type="spellEnd"/>
      <w:r w:rsidR="003020F8" w:rsidRPr="00E17443">
        <w:rPr>
          <w:sz w:val="20"/>
          <w:szCs w:val="20"/>
        </w:rPr>
        <w:t>.</w:t>
      </w:r>
    </w:p>
    <w:p w:rsidR="003020F8" w:rsidRPr="00E17443" w:rsidRDefault="003020F8" w:rsidP="003020F8">
      <w:pPr>
        <w:spacing w:after="0"/>
        <w:rPr>
          <w:b/>
          <w:sz w:val="20"/>
          <w:szCs w:val="20"/>
        </w:rPr>
      </w:pPr>
      <w:proofErr w:type="spellStart"/>
      <w:r w:rsidRPr="00E17443">
        <w:rPr>
          <w:b/>
          <w:sz w:val="20"/>
          <w:szCs w:val="20"/>
        </w:rPr>
        <w:t>Okres</w:t>
      </w:r>
      <w:proofErr w:type="spellEnd"/>
      <w:r w:rsidRPr="00E17443">
        <w:rPr>
          <w:b/>
          <w:sz w:val="20"/>
          <w:szCs w:val="20"/>
        </w:rPr>
        <w:t xml:space="preserve"> </w:t>
      </w:r>
      <w:proofErr w:type="spellStart"/>
      <w:r w:rsidRPr="00E17443">
        <w:rPr>
          <w:b/>
          <w:sz w:val="20"/>
          <w:szCs w:val="20"/>
        </w:rPr>
        <w:t>przechowywania</w:t>
      </w:r>
      <w:proofErr w:type="spellEnd"/>
      <w:r w:rsidRPr="00E17443">
        <w:rPr>
          <w:b/>
          <w:sz w:val="20"/>
          <w:szCs w:val="20"/>
        </w:rPr>
        <w:t xml:space="preserve"> </w:t>
      </w:r>
      <w:proofErr w:type="spellStart"/>
      <w:r w:rsidRPr="00E17443">
        <w:rPr>
          <w:b/>
          <w:sz w:val="20"/>
          <w:szCs w:val="20"/>
        </w:rPr>
        <w:t>danych</w:t>
      </w:r>
      <w:proofErr w:type="spellEnd"/>
      <w:r w:rsidRPr="00E17443">
        <w:rPr>
          <w:b/>
          <w:sz w:val="20"/>
          <w:szCs w:val="20"/>
        </w:rPr>
        <w:t>:</w:t>
      </w:r>
    </w:p>
    <w:p w:rsidR="00E17443" w:rsidRDefault="003020F8" w:rsidP="003020F8">
      <w:pPr>
        <w:spacing w:after="0"/>
        <w:rPr>
          <w:rStyle w:val="gstkn"/>
          <w:rFonts w:cs="Helvetica"/>
          <w:sz w:val="20"/>
          <w:szCs w:val="20"/>
          <w:shd w:val="clear" w:color="auto" w:fill="FFFFFF"/>
        </w:rPr>
      </w:pPr>
      <w:r w:rsidRPr="00E17443">
        <w:rPr>
          <w:rStyle w:val="gstkn"/>
          <w:rFonts w:cs="Helvetica"/>
          <w:sz w:val="20"/>
          <w:szCs w:val="20"/>
          <w:shd w:val="clear" w:color="auto" w:fill="FFFFFF"/>
        </w:rPr>
        <w:t>Zasady przechowywania danych osobowych wynikają z Ogólnego rozporządzenia o ochronie danych (RODO). Zgodnie z art. 5 ust. 1 lit. e, dane mogą być przechowywane wyłącznie przez okres </w:t>
      </w:r>
    </w:p>
    <w:p w:rsidR="003020F8" w:rsidRPr="00E17443" w:rsidRDefault="003020F8" w:rsidP="003020F8">
      <w:pPr>
        <w:spacing w:after="0"/>
        <w:rPr>
          <w:rStyle w:val="gstkn"/>
          <w:rFonts w:cs="Helvetica"/>
          <w:sz w:val="20"/>
          <w:szCs w:val="20"/>
          <w:shd w:val="clear" w:color="auto" w:fill="FFFFFF"/>
        </w:rPr>
      </w:pPr>
      <w:r w:rsidRPr="00E17443">
        <w:rPr>
          <w:rStyle w:val="gstkn"/>
          <w:rFonts w:cs="Helvetica"/>
          <w:b/>
          <w:bCs/>
          <w:sz w:val="20"/>
          <w:szCs w:val="20"/>
          <w:shd w:val="clear" w:color="auto" w:fill="FFFFFF"/>
        </w:rPr>
        <w:t>niezbędny do realizacji celu, w jakim zostały zebrane</w:t>
      </w:r>
      <w:r w:rsidRPr="00E17443">
        <w:rPr>
          <w:rStyle w:val="gstkn"/>
          <w:rFonts w:cs="Helvetica"/>
          <w:sz w:val="20"/>
          <w:szCs w:val="20"/>
          <w:shd w:val="clear" w:color="auto" w:fill="FFFFFF"/>
        </w:rPr>
        <w:t xml:space="preserve">. Po jego osiągnięciu </w:t>
      </w:r>
      <w:proofErr w:type="spellStart"/>
      <w:r w:rsidRPr="00E17443">
        <w:rPr>
          <w:rStyle w:val="gstkn"/>
          <w:rFonts w:cs="Helvetica"/>
          <w:sz w:val="20"/>
          <w:szCs w:val="20"/>
          <w:shd w:val="clear" w:color="auto" w:fill="FFFFFF"/>
        </w:rPr>
        <w:t>będą</w:t>
      </w:r>
      <w:proofErr w:type="spellEnd"/>
      <w:r w:rsidRPr="00E17443">
        <w:rPr>
          <w:rStyle w:val="gstkn"/>
          <w:rFonts w:cs="Helvetica"/>
          <w:sz w:val="20"/>
          <w:szCs w:val="20"/>
          <w:shd w:val="clear" w:color="auto" w:fill="FFFFFF"/>
        </w:rPr>
        <w:t> </w:t>
      </w:r>
      <w:proofErr w:type="spellStart"/>
      <w:r w:rsidRPr="00E17443">
        <w:rPr>
          <w:rStyle w:val="gstkn"/>
          <w:rFonts w:cs="Helvetica"/>
          <w:sz w:val="20"/>
          <w:szCs w:val="20"/>
          <w:shd w:val="clear" w:color="auto" w:fill="FFFFFF"/>
        </w:rPr>
        <w:t>usunięte</w:t>
      </w:r>
      <w:proofErr w:type="spellEnd"/>
      <w:r w:rsidRPr="00E17443">
        <w:rPr>
          <w:rStyle w:val="gstkn"/>
          <w:rFonts w:cs="Helvetica"/>
          <w:sz w:val="20"/>
          <w:szCs w:val="20"/>
          <w:shd w:val="clear" w:color="auto" w:fill="FFFFFF"/>
        </w:rPr>
        <w:t>.</w:t>
      </w:r>
    </w:p>
    <w:p w:rsidR="003020F8" w:rsidRPr="00E17443" w:rsidRDefault="003020F8" w:rsidP="003020F8">
      <w:pPr>
        <w:spacing w:after="0"/>
        <w:rPr>
          <w:sz w:val="20"/>
          <w:szCs w:val="20"/>
        </w:rPr>
      </w:pPr>
    </w:p>
    <w:p w:rsidR="00E17443" w:rsidRPr="00E17443" w:rsidRDefault="00504724" w:rsidP="00E17443">
      <w:pPr>
        <w:spacing w:after="0"/>
        <w:rPr>
          <w:sz w:val="20"/>
          <w:szCs w:val="20"/>
        </w:rPr>
      </w:pPr>
      <w:proofErr w:type="spellStart"/>
      <w:r w:rsidRPr="00E17443">
        <w:rPr>
          <w:b/>
          <w:sz w:val="20"/>
          <w:szCs w:val="20"/>
        </w:rPr>
        <w:t>Prawa</w:t>
      </w:r>
      <w:proofErr w:type="spellEnd"/>
      <w:r w:rsidRPr="00E17443">
        <w:rPr>
          <w:b/>
          <w:sz w:val="20"/>
          <w:szCs w:val="20"/>
        </w:rPr>
        <w:t xml:space="preserve"> </w:t>
      </w:r>
      <w:proofErr w:type="spellStart"/>
      <w:r w:rsidRPr="00E17443">
        <w:rPr>
          <w:b/>
          <w:sz w:val="20"/>
          <w:szCs w:val="20"/>
        </w:rPr>
        <w:t>osób</w:t>
      </w:r>
      <w:proofErr w:type="spellEnd"/>
      <w:r w:rsidR="00E17443" w:rsidRPr="00E17443">
        <w:rPr>
          <w:b/>
          <w:sz w:val="20"/>
          <w:szCs w:val="20"/>
        </w:rPr>
        <w:t xml:space="preserve">, </w:t>
      </w:r>
      <w:proofErr w:type="spellStart"/>
      <w:r w:rsidR="00E17443" w:rsidRPr="00E17443">
        <w:rPr>
          <w:b/>
          <w:sz w:val="20"/>
          <w:szCs w:val="20"/>
        </w:rPr>
        <w:t>których</w:t>
      </w:r>
      <w:proofErr w:type="spellEnd"/>
      <w:r w:rsidR="00E17443" w:rsidRPr="00E17443">
        <w:rPr>
          <w:b/>
          <w:sz w:val="20"/>
          <w:szCs w:val="20"/>
        </w:rPr>
        <w:t xml:space="preserve"> </w:t>
      </w:r>
      <w:r w:rsidR="003020F8" w:rsidRPr="00E17443">
        <w:rPr>
          <w:b/>
          <w:sz w:val="20"/>
          <w:szCs w:val="20"/>
        </w:rPr>
        <w:t xml:space="preserve"> </w:t>
      </w:r>
      <w:proofErr w:type="spellStart"/>
      <w:r w:rsidR="003020F8" w:rsidRPr="00E17443">
        <w:rPr>
          <w:b/>
          <w:sz w:val="20"/>
          <w:szCs w:val="20"/>
        </w:rPr>
        <w:t>dane</w:t>
      </w:r>
      <w:proofErr w:type="spellEnd"/>
      <w:r w:rsidR="003020F8" w:rsidRPr="00E17443">
        <w:rPr>
          <w:b/>
          <w:sz w:val="20"/>
          <w:szCs w:val="20"/>
        </w:rPr>
        <w:t xml:space="preserve"> </w:t>
      </w:r>
      <w:proofErr w:type="spellStart"/>
      <w:r w:rsidR="003020F8" w:rsidRPr="00E17443">
        <w:rPr>
          <w:b/>
          <w:sz w:val="20"/>
          <w:szCs w:val="20"/>
        </w:rPr>
        <w:t>dotyczą</w:t>
      </w:r>
      <w:proofErr w:type="spellEnd"/>
      <w:r w:rsidRPr="00E17443">
        <w:rPr>
          <w:b/>
          <w:sz w:val="20"/>
          <w:szCs w:val="20"/>
        </w:rPr>
        <w:t>:</w:t>
      </w:r>
      <w:r w:rsidRPr="00E17443">
        <w:rPr>
          <w:b/>
          <w:sz w:val="20"/>
          <w:szCs w:val="20"/>
        </w:rPr>
        <w:br/>
      </w:r>
      <w:proofErr w:type="spellStart"/>
      <w:r w:rsidR="00E17443" w:rsidRPr="00E17443">
        <w:rPr>
          <w:sz w:val="20"/>
          <w:szCs w:val="20"/>
        </w:rPr>
        <w:t>Osoby</w:t>
      </w:r>
      <w:proofErr w:type="spellEnd"/>
      <w:r w:rsidR="00E17443" w:rsidRPr="00E17443">
        <w:rPr>
          <w:sz w:val="20"/>
          <w:szCs w:val="20"/>
        </w:rPr>
        <w:t xml:space="preserve"> </w:t>
      </w:r>
      <w:proofErr w:type="spellStart"/>
      <w:r w:rsidR="00E17443" w:rsidRPr="00E17443">
        <w:rPr>
          <w:sz w:val="20"/>
          <w:szCs w:val="20"/>
        </w:rPr>
        <w:t>te</w:t>
      </w:r>
      <w:proofErr w:type="spellEnd"/>
      <w:r w:rsidR="00E17443" w:rsidRPr="00E17443">
        <w:rPr>
          <w:sz w:val="20"/>
          <w:szCs w:val="20"/>
        </w:rPr>
        <w:t xml:space="preserve"> </w:t>
      </w:r>
      <w:proofErr w:type="spellStart"/>
      <w:r w:rsidR="00E17443" w:rsidRPr="00E17443">
        <w:rPr>
          <w:sz w:val="20"/>
          <w:szCs w:val="20"/>
        </w:rPr>
        <w:t>mają</w:t>
      </w:r>
      <w:proofErr w:type="spellEnd"/>
      <w:r w:rsidR="00E17443" w:rsidRPr="00E17443">
        <w:rPr>
          <w:sz w:val="20"/>
          <w:szCs w:val="20"/>
        </w:rPr>
        <w:t xml:space="preserve"> </w:t>
      </w:r>
      <w:proofErr w:type="spellStart"/>
      <w:r w:rsidR="00E17443" w:rsidRPr="00E17443">
        <w:rPr>
          <w:sz w:val="20"/>
          <w:szCs w:val="20"/>
        </w:rPr>
        <w:t>prawo</w:t>
      </w:r>
      <w:proofErr w:type="spellEnd"/>
      <w:r w:rsidR="00E17443" w:rsidRPr="00E17443">
        <w:rPr>
          <w:sz w:val="20"/>
          <w:szCs w:val="20"/>
        </w:rPr>
        <w:t xml:space="preserve"> do:</w:t>
      </w:r>
    </w:p>
    <w:p w:rsidR="00504724" w:rsidRPr="00E17443" w:rsidRDefault="00504724" w:rsidP="00E17443">
      <w:pPr>
        <w:spacing w:after="0"/>
        <w:rPr>
          <w:color w:val="FF0000"/>
          <w:sz w:val="20"/>
          <w:szCs w:val="20"/>
        </w:rPr>
      </w:pPr>
      <w:r w:rsidRPr="00E17443">
        <w:rPr>
          <w:sz w:val="20"/>
          <w:szCs w:val="20"/>
        </w:rPr>
        <w:t xml:space="preserve">– </w:t>
      </w:r>
      <w:proofErr w:type="spellStart"/>
      <w:r w:rsidRPr="00E17443">
        <w:rPr>
          <w:sz w:val="20"/>
          <w:szCs w:val="20"/>
        </w:rPr>
        <w:t>dostępu</w:t>
      </w:r>
      <w:proofErr w:type="spellEnd"/>
      <w:r w:rsidRPr="00E17443">
        <w:rPr>
          <w:sz w:val="20"/>
          <w:szCs w:val="20"/>
        </w:rPr>
        <w:t xml:space="preserve"> do </w:t>
      </w:r>
      <w:proofErr w:type="spellStart"/>
      <w:r w:rsidRPr="00E17443">
        <w:rPr>
          <w:sz w:val="20"/>
          <w:szCs w:val="20"/>
        </w:rPr>
        <w:t>danych</w:t>
      </w:r>
      <w:proofErr w:type="spellEnd"/>
      <w:r w:rsidRPr="00E17443">
        <w:rPr>
          <w:sz w:val="20"/>
          <w:szCs w:val="20"/>
        </w:rPr>
        <w:t>,</w:t>
      </w:r>
      <w:r w:rsidR="00E17443" w:rsidRPr="00E17443">
        <w:rPr>
          <w:sz w:val="20"/>
          <w:szCs w:val="20"/>
        </w:rPr>
        <w:t xml:space="preserve"> </w:t>
      </w:r>
      <w:proofErr w:type="spellStart"/>
      <w:r w:rsidR="00E17443" w:rsidRPr="00E17443">
        <w:rPr>
          <w:sz w:val="20"/>
          <w:szCs w:val="20"/>
        </w:rPr>
        <w:t>otrzymania</w:t>
      </w:r>
      <w:proofErr w:type="spellEnd"/>
      <w:r w:rsidR="00E17443" w:rsidRPr="00E17443">
        <w:rPr>
          <w:sz w:val="20"/>
          <w:szCs w:val="20"/>
        </w:rPr>
        <w:t xml:space="preserve"> </w:t>
      </w:r>
      <w:proofErr w:type="spellStart"/>
      <w:r w:rsidR="00E17443" w:rsidRPr="00E17443">
        <w:rPr>
          <w:sz w:val="20"/>
          <w:szCs w:val="20"/>
        </w:rPr>
        <w:t>kopi</w:t>
      </w:r>
      <w:r w:rsidR="00BD38A3">
        <w:rPr>
          <w:sz w:val="20"/>
          <w:szCs w:val="20"/>
        </w:rPr>
        <w:t>i</w:t>
      </w:r>
      <w:proofErr w:type="spellEnd"/>
      <w:r w:rsidR="00E17443" w:rsidRPr="00E17443">
        <w:rPr>
          <w:sz w:val="20"/>
          <w:szCs w:val="20"/>
        </w:rPr>
        <w:t>,</w:t>
      </w:r>
      <w:r w:rsidR="00E17443" w:rsidRPr="00E17443">
        <w:rPr>
          <w:sz w:val="20"/>
          <w:szCs w:val="20"/>
        </w:rPr>
        <w:br/>
        <w:t xml:space="preserve">– </w:t>
      </w:r>
      <w:proofErr w:type="spellStart"/>
      <w:r w:rsidR="00E17443" w:rsidRPr="00E17443">
        <w:rPr>
          <w:sz w:val="20"/>
          <w:szCs w:val="20"/>
        </w:rPr>
        <w:t>sprostowania</w:t>
      </w:r>
      <w:proofErr w:type="spellEnd"/>
      <w:r w:rsidR="00E17443" w:rsidRPr="00E17443">
        <w:rPr>
          <w:sz w:val="20"/>
          <w:szCs w:val="20"/>
        </w:rPr>
        <w:t xml:space="preserve"> </w:t>
      </w:r>
      <w:proofErr w:type="spellStart"/>
      <w:r w:rsidR="00E17443" w:rsidRPr="00E17443">
        <w:rPr>
          <w:sz w:val="20"/>
          <w:szCs w:val="20"/>
        </w:rPr>
        <w:t>lub</w:t>
      </w:r>
      <w:proofErr w:type="spellEnd"/>
      <w:r w:rsidR="00E17443" w:rsidRPr="00E17443">
        <w:rPr>
          <w:sz w:val="20"/>
          <w:szCs w:val="20"/>
        </w:rPr>
        <w:t xml:space="preserve"> </w:t>
      </w:r>
      <w:proofErr w:type="spellStart"/>
      <w:r w:rsidR="00E17443" w:rsidRPr="00E17443">
        <w:rPr>
          <w:sz w:val="20"/>
          <w:szCs w:val="20"/>
        </w:rPr>
        <w:t>ograniczenia</w:t>
      </w:r>
      <w:proofErr w:type="spellEnd"/>
      <w:r w:rsidR="00E17443" w:rsidRPr="00E17443">
        <w:rPr>
          <w:sz w:val="20"/>
          <w:szCs w:val="20"/>
        </w:rPr>
        <w:t xml:space="preserve"> </w:t>
      </w:r>
      <w:proofErr w:type="spellStart"/>
      <w:r w:rsidR="00E17443" w:rsidRPr="00E17443">
        <w:rPr>
          <w:sz w:val="20"/>
          <w:szCs w:val="20"/>
        </w:rPr>
        <w:t>przetwarzania</w:t>
      </w:r>
      <w:proofErr w:type="spellEnd"/>
      <w:r w:rsidR="00E17443" w:rsidRPr="00E17443">
        <w:rPr>
          <w:sz w:val="20"/>
          <w:szCs w:val="20"/>
        </w:rPr>
        <w:t>,</w:t>
      </w:r>
      <w:r w:rsidRPr="00E17443">
        <w:rPr>
          <w:sz w:val="20"/>
          <w:szCs w:val="20"/>
        </w:rPr>
        <w:br/>
        <w:t xml:space="preserve">– </w:t>
      </w:r>
      <w:proofErr w:type="spellStart"/>
      <w:r w:rsidRPr="00E17443">
        <w:rPr>
          <w:sz w:val="20"/>
          <w:szCs w:val="20"/>
        </w:rPr>
        <w:t>usunięcia</w:t>
      </w:r>
      <w:proofErr w:type="spellEnd"/>
      <w:r w:rsidRPr="00E17443">
        <w:rPr>
          <w:sz w:val="20"/>
          <w:szCs w:val="20"/>
        </w:rPr>
        <w:t>,</w:t>
      </w:r>
      <w:r w:rsidRPr="00E17443">
        <w:rPr>
          <w:sz w:val="20"/>
          <w:szCs w:val="20"/>
        </w:rPr>
        <w:br/>
        <w:t xml:space="preserve">– </w:t>
      </w:r>
      <w:proofErr w:type="spellStart"/>
      <w:r w:rsidRPr="00E17443">
        <w:rPr>
          <w:sz w:val="20"/>
          <w:szCs w:val="20"/>
        </w:rPr>
        <w:t>ograniczenia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przetwarzania</w:t>
      </w:r>
      <w:proofErr w:type="spellEnd"/>
      <w:r w:rsidRPr="00E17443">
        <w:rPr>
          <w:sz w:val="20"/>
          <w:szCs w:val="20"/>
        </w:rPr>
        <w:t>,</w:t>
      </w:r>
      <w:r w:rsidRPr="00E17443">
        <w:rPr>
          <w:sz w:val="20"/>
          <w:szCs w:val="20"/>
        </w:rPr>
        <w:br/>
        <w:t xml:space="preserve">– </w:t>
      </w:r>
      <w:proofErr w:type="spellStart"/>
      <w:r w:rsidRPr="00E17443">
        <w:rPr>
          <w:sz w:val="20"/>
          <w:szCs w:val="20"/>
        </w:rPr>
        <w:t>wniesienia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skargi</w:t>
      </w:r>
      <w:proofErr w:type="spellEnd"/>
      <w:r w:rsidRPr="00E17443">
        <w:rPr>
          <w:sz w:val="20"/>
          <w:szCs w:val="20"/>
        </w:rPr>
        <w:t xml:space="preserve"> do </w:t>
      </w:r>
      <w:proofErr w:type="spellStart"/>
      <w:r w:rsidRPr="00E17443">
        <w:rPr>
          <w:sz w:val="20"/>
          <w:szCs w:val="20"/>
        </w:rPr>
        <w:t>Prezesa</w:t>
      </w:r>
      <w:proofErr w:type="spellEnd"/>
      <w:r w:rsidRPr="00E17443">
        <w:rPr>
          <w:sz w:val="20"/>
          <w:szCs w:val="20"/>
        </w:rPr>
        <w:t xml:space="preserve"> UODO.</w:t>
      </w:r>
      <w:r w:rsidRPr="00E17443">
        <w:rPr>
          <w:sz w:val="20"/>
          <w:szCs w:val="20"/>
        </w:rPr>
        <w:br/>
      </w:r>
    </w:p>
    <w:p w:rsidR="00504724" w:rsidRPr="00E17443" w:rsidRDefault="00E17443" w:rsidP="00E17443">
      <w:pPr>
        <w:spacing w:after="0"/>
        <w:rPr>
          <w:b/>
          <w:sz w:val="20"/>
          <w:szCs w:val="20"/>
        </w:rPr>
      </w:pPr>
      <w:proofErr w:type="spellStart"/>
      <w:r w:rsidRPr="00E17443">
        <w:rPr>
          <w:b/>
          <w:sz w:val="20"/>
          <w:szCs w:val="20"/>
        </w:rPr>
        <w:t>Informacje</w:t>
      </w:r>
      <w:proofErr w:type="spellEnd"/>
      <w:r w:rsidRPr="00E17443">
        <w:rPr>
          <w:b/>
          <w:sz w:val="20"/>
          <w:szCs w:val="20"/>
        </w:rPr>
        <w:t xml:space="preserve"> o </w:t>
      </w:r>
      <w:proofErr w:type="spellStart"/>
      <w:r w:rsidRPr="00E17443">
        <w:rPr>
          <w:b/>
          <w:sz w:val="20"/>
          <w:szCs w:val="20"/>
        </w:rPr>
        <w:t>prawie</w:t>
      </w:r>
      <w:proofErr w:type="spellEnd"/>
      <w:r w:rsidRPr="00E17443">
        <w:rPr>
          <w:b/>
          <w:sz w:val="20"/>
          <w:szCs w:val="20"/>
        </w:rPr>
        <w:t xml:space="preserve"> do </w:t>
      </w:r>
      <w:proofErr w:type="spellStart"/>
      <w:r w:rsidRPr="00E17443">
        <w:rPr>
          <w:b/>
          <w:sz w:val="20"/>
          <w:szCs w:val="20"/>
        </w:rPr>
        <w:t>cofnięcia</w:t>
      </w:r>
      <w:proofErr w:type="spellEnd"/>
      <w:r w:rsidRPr="00E17443">
        <w:rPr>
          <w:b/>
          <w:sz w:val="20"/>
          <w:szCs w:val="20"/>
        </w:rPr>
        <w:t xml:space="preserve"> </w:t>
      </w:r>
      <w:proofErr w:type="spellStart"/>
      <w:r w:rsidRPr="00E17443">
        <w:rPr>
          <w:b/>
          <w:sz w:val="20"/>
          <w:szCs w:val="20"/>
        </w:rPr>
        <w:t>zgody</w:t>
      </w:r>
      <w:proofErr w:type="spellEnd"/>
    </w:p>
    <w:p w:rsidR="00E17443" w:rsidRPr="00E17443" w:rsidRDefault="00E17443" w:rsidP="00E17443">
      <w:pPr>
        <w:spacing w:after="0"/>
        <w:rPr>
          <w:sz w:val="20"/>
          <w:szCs w:val="20"/>
        </w:rPr>
      </w:pPr>
      <w:proofErr w:type="spellStart"/>
      <w:r w:rsidRPr="00E17443">
        <w:rPr>
          <w:sz w:val="20"/>
          <w:szCs w:val="20"/>
        </w:rPr>
        <w:t>Sprzeciw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oraz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wycofanie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zgody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wobec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przetwarzania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danych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osobowych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lub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żądanie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ich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usunięcia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będzie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skutecznie</w:t>
      </w:r>
      <w:proofErr w:type="spellEnd"/>
      <w:r w:rsidRPr="00E17443">
        <w:rPr>
          <w:sz w:val="20"/>
          <w:szCs w:val="20"/>
        </w:rPr>
        <w:t xml:space="preserve"> o </w:t>
      </w:r>
      <w:proofErr w:type="spellStart"/>
      <w:r w:rsidRPr="00E17443">
        <w:rPr>
          <w:sz w:val="20"/>
          <w:szCs w:val="20"/>
        </w:rPr>
        <w:t>ile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dane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oosobowe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nie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są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już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niezbędne</w:t>
      </w:r>
      <w:proofErr w:type="spellEnd"/>
      <w:r w:rsidRPr="00E17443">
        <w:rPr>
          <w:sz w:val="20"/>
          <w:szCs w:val="20"/>
        </w:rPr>
        <w:t xml:space="preserve"> do </w:t>
      </w:r>
      <w:proofErr w:type="spellStart"/>
      <w:r w:rsidRPr="00E17443">
        <w:rPr>
          <w:sz w:val="20"/>
          <w:szCs w:val="20"/>
        </w:rPr>
        <w:t>celów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dla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których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zostały</w:t>
      </w:r>
      <w:proofErr w:type="spellEnd"/>
      <w:r w:rsidRPr="00E17443">
        <w:rPr>
          <w:sz w:val="20"/>
          <w:szCs w:val="20"/>
        </w:rPr>
        <w:t xml:space="preserve"> zebrine.</w:t>
      </w:r>
    </w:p>
    <w:p w:rsidR="00E17443" w:rsidRPr="00E17443" w:rsidRDefault="00E17443" w:rsidP="00E17443">
      <w:pPr>
        <w:spacing w:after="0"/>
        <w:rPr>
          <w:sz w:val="20"/>
          <w:szCs w:val="20"/>
        </w:rPr>
      </w:pPr>
    </w:p>
    <w:p w:rsidR="00E17443" w:rsidRPr="00E17443" w:rsidRDefault="00E17443" w:rsidP="00E17443">
      <w:pPr>
        <w:spacing w:after="0"/>
        <w:rPr>
          <w:b/>
          <w:sz w:val="20"/>
          <w:szCs w:val="20"/>
        </w:rPr>
      </w:pPr>
      <w:proofErr w:type="spellStart"/>
      <w:r w:rsidRPr="00E17443">
        <w:rPr>
          <w:b/>
          <w:sz w:val="20"/>
          <w:szCs w:val="20"/>
        </w:rPr>
        <w:t>Informacja</w:t>
      </w:r>
      <w:proofErr w:type="spellEnd"/>
      <w:r w:rsidRPr="00E17443">
        <w:rPr>
          <w:b/>
          <w:sz w:val="20"/>
          <w:szCs w:val="20"/>
        </w:rPr>
        <w:t xml:space="preserve"> o </w:t>
      </w:r>
      <w:proofErr w:type="spellStart"/>
      <w:r w:rsidRPr="00E17443">
        <w:rPr>
          <w:b/>
          <w:sz w:val="20"/>
          <w:szCs w:val="20"/>
        </w:rPr>
        <w:t>wymogu</w:t>
      </w:r>
      <w:proofErr w:type="spellEnd"/>
      <w:r w:rsidRPr="00E17443">
        <w:rPr>
          <w:b/>
          <w:sz w:val="20"/>
          <w:szCs w:val="20"/>
        </w:rPr>
        <w:t xml:space="preserve"> </w:t>
      </w:r>
      <w:proofErr w:type="spellStart"/>
      <w:r w:rsidRPr="00E17443">
        <w:rPr>
          <w:b/>
          <w:sz w:val="20"/>
          <w:szCs w:val="20"/>
        </w:rPr>
        <w:t>podania</w:t>
      </w:r>
      <w:proofErr w:type="spellEnd"/>
      <w:r w:rsidRPr="00E17443">
        <w:rPr>
          <w:b/>
          <w:sz w:val="20"/>
          <w:szCs w:val="20"/>
        </w:rPr>
        <w:t xml:space="preserve"> </w:t>
      </w:r>
      <w:proofErr w:type="spellStart"/>
      <w:r w:rsidRPr="00E17443">
        <w:rPr>
          <w:b/>
          <w:sz w:val="20"/>
          <w:szCs w:val="20"/>
        </w:rPr>
        <w:t>danych</w:t>
      </w:r>
      <w:proofErr w:type="spellEnd"/>
      <w:r w:rsidRPr="00E17443">
        <w:rPr>
          <w:b/>
          <w:sz w:val="20"/>
          <w:szCs w:val="20"/>
        </w:rPr>
        <w:t xml:space="preserve"> </w:t>
      </w:r>
    </w:p>
    <w:p w:rsidR="00E17443" w:rsidRDefault="00E17443" w:rsidP="00E17443">
      <w:pPr>
        <w:spacing w:after="0"/>
        <w:rPr>
          <w:sz w:val="20"/>
          <w:szCs w:val="20"/>
        </w:rPr>
      </w:pPr>
      <w:proofErr w:type="spellStart"/>
      <w:r w:rsidRPr="00E17443">
        <w:rPr>
          <w:sz w:val="20"/>
          <w:szCs w:val="20"/>
        </w:rPr>
        <w:t>Podanie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danych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osobowych</w:t>
      </w:r>
      <w:proofErr w:type="spellEnd"/>
      <w:r w:rsidRPr="00E17443">
        <w:rPr>
          <w:sz w:val="20"/>
          <w:szCs w:val="20"/>
        </w:rPr>
        <w:t xml:space="preserve"> jest </w:t>
      </w:r>
      <w:proofErr w:type="spellStart"/>
      <w:r w:rsidRPr="00E17443">
        <w:rPr>
          <w:sz w:val="20"/>
          <w:szCs w:val="20"/>
        </w:rPr>
        <w:t>dobrowolne</w:t>
      </w:r>
      <w:proofErr w:type="spellEnd"/>
      <w:r w:rsidRPr="00E17443">
        <w:rPr>
          <w:sz w:val="20"/>
          <w:szCs w:val="20"/>
        </w:rPr>
        <w:t xml:space="preserve">, ale </w:t>
      </w:r>
      <w:proofErr w:type="spellStart"/>
      <w:r w:rsidRPr="00E17443">
        <w:rPr>
          <w:sz w:val="20"/>
          <w:szCs w:val="20"/>
        </w:rPr>
        <w:t>konieczne</w:t>
      </w:r>
      <w:proofErr w:type="spellEnd"/>
      <w:r w:rsidRPr="00E17443">
        <w:rPr>
          <w:sz w:val="20"/>
          <w:szCs w:val="20"/>
        </w:rPr>
        <w:t xml:space="preserve"> do </w:t>
      </w:r>
      <w:proofErr w:type="spellStart"/>
      <w:r w:rsidRPr="00E17443">
        <w:rPr>
          <w:sz w:val="20"/>
          <w:szCs w:val="20"/>
        </w:rPr>
        <w:t>przeprowadzenia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konkursu</w:t>
      </w:r>
      <w:proofErr w:type="spellEnd"/>
      <w:r w:rsidRPr="00E17443">
        <w:rPr>
          <w:sz w:val="20"/>
          <w:szCs w:val="20"/>
        </w:rPr>
        <w:t xml:space="preserve">. </w:t>
      </w:r>
      <w:proofErr w:type="spellStart"/>
      <w:r w:rsidRPr="00E17443">
        <w:rPr>
          <w:sz w:val="20"/>
          <w:szCs w:val="20"/>
        </w:rPr>
        <w:t>Odmowa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uniemożliwia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wzięcie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udziału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i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odbór</w:t>
      </w:r>
      <w:proofErr w:type="spellEnd"/>
      <w:r w:rsidRPr="00E17443">
        <w:rPr>
          <w:sz w:val="20"/>
          <w:szCs w:val="20"/>
        </w:rPr>
        <w:t xml:space="preserve"> </w:t>
      </w:r>
      <w:proofErr w:type="spellStart"/>
      <w:r w:rsidRPr="00E17443">
        <w:rPr>
          <w:sz w:val="20"/>
          <w:szCs w:val="20"/>
        </w:rPr>
        <w:t>nagród</w:t>
      </w:r>
      <w:proofErr w:type="spellEnd"/>
      <w:r w:rsidRPr="00E17443">
        <w:rPr>
          <w:sz w:val="20"/>
          <w:szCs w:val="20"/>
        </w:rPr>
        <w:t>.</w:t>
      </w:r>
    </w:p>
    <w:p w:rsidR="00E17443" w:rsidRDefault="00E17443" w:rsidP="00E17443">
      <w:pPr>
        <w:spacing w:after="0"/>
        <w:rPr>
          <w:sz w:val="20"/>
          <w:szCs w:val="20"/>
        </w:rPr>
      </w:pPr>
    </w:p>
    <w:p w:rsidR="00E17443" w:rsidRPr="00BD38A3" w:rsidRDefault="00E17443" w:rsidP="00E17443">
      <w:pPr>
        <w:spacing w:after="0"/>
        <w:rPr>
          <w:b/>
          <w:sz w:val="20"/>
          <w:szCs w:val="20"/>
        </w:rPr>
      </w:pPr>
      <w:proofErr w:type="spellStart"/>
      <w:r w:rsidRPr="00BD38A3">
        <w:rPr>
          <w:b/>
          <w:sz w:val="20"/>
          <w:szCs w:val="20"/>
        </w:rPr>
        <w:t>Informacja</w:t>
      </w:r>
      <w:proofErr w:type="spellEnd"/>
      <w:r w:rsidRPr="00BD38A3">
        <w:rPr>
          <w:b/>
          <w:sz w:val="20"/>
          <w:szCs w:val="20"/>
        </w:rPr>
        <w:t xml:space="preserve"> o </w:t>
      </w:r>
      <w:proofErr w:type="spellStart"/>
      <w:r w:rsidRPr="00BD38A3">
        <w:rPr>
          <w:b/>
          <w:sz w:val="20"/>
          <w:szCs w:val="20"/>
        </w:rPr>
        <w:t>zautomatyzowanym</w:t>
      </w:r>
      <w:proofErr w:type="spellEnd"/>
      <w:r w:rsidRPr="00BD38A3">
        <w:rPr>
          <w:b/>
          <w:sz w:val="20"/>
          <w:szCs w:val="20"/>
        </w:rPr>
        <w:t xml:space="preserve"> </w:t>
      </w:r>
      <w:proofErr w:type="spellStart"/>
      <w:r w:rsidRPr="00BD38A3">
        <w:rPr>
          <w:b/>
          <w:sz w:val="20"/>
          <w:szCs w:val="20"/>
        </w:rPr>
        <w:t>podejmowaniu</w:t>
      </w:r>
      <w:proofErr w:type="spellEnd"/>
      <w:r w:rsidRPr="00BD38A3">
        <w:rPr>
          <w:b/>
          <w:sz w:val="20"/>
          <w:szCs w:val="20"/>
        </w:rPr>
        <w:t xml:space="preserve"> </w:t>
      </w:r>
      <w:proofErr w:type="spellStart"/>
      <w:r w:rsidRPr="00BD38A3">
        <w:rPr>
          <w:b/>
          <w:sz w:val="20"/>
          <w:szCs w:val="20"/>
        </w:rPr>
        <w:t>decyzji</w:t>
      </w:r>
      <w:proofErr w:type="spellEnd"/>
    </w:p>
    <w:p w:rsidR="00E17443" w:rsidRDefault="00E17443" w:rsidP="00E17443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Administrator </w:t>
      </w:r>
      <w:proofErr w:type="spellStart"/>
      <w:r>
        <w:rPr>
          <w:sz w:val="20"/>
          <w:szCs w:val="20"/>
        </w:rPr>
        <w:t>nie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przetwarza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danych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osobowych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uczestników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konkursu</w:t>
      </w:r>
      <w:proofErr w:type="spellEnd"/>
      <w:r>
        <w:rPr>
          <w:sz w:val="20"/>
          <w:szCs w:val="20"/>
        </w:rPr>
        <w:t xml:space="preserve"> w </w:t>
      </w:r>
      <w:proofErr w:type="spellStart"/>
      <w:r>
        <w:rPr>
          <w:sz w:val="20"/>
          <w:szCs w:val="20"/>
        </w:rPr>
        <w:t>sposób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opierający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się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wyłącznie</w:t>
      </w:r>
      <w:proofErr w:type="spellEnd"/>
      <w:r>
        <w:rPr>
          <w:sz w:val="20"/>
          <w:szCs w:val="20"/>
        </w:rPr>
        <w:t xml:space="preserve"> na </w:t>
      </w:r>
      <w:proofErr w:type="spellStart"/>
      <w:r>
        <w:rPr>
          <w:sz w:val="20"/>
          <w:szCs w:val="20"/>
        </w:rPr>
        <w:t>zautomatyzowanym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przetwarzaniu</w:t>
      </w:r>
      <w:proofErr w:type="spellEnd"/>
      <w:r>
        <w:rPr>
          <w:sz w:val="20"/>
          <w:szCs w:val="20"/>
        </w:rPr>
        <w:t xml:space="preserve">, w </w:t>
      </w:r>
      <w:proofErr w:type="spellStart"/>
      <w:r>
        <w:rPr>
          <w:sz w:val="20"/>
          <w:szCs w:val="20"/>
        </w:rPr>
        <w:t>tym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profilowaniu</w:t>
      </w:r>
      <w:proofErr w:type="spellEnd"/>
      <w:r>
        <w:rPr>
          <w:sz w:val="20"/>
          <w:szCs w:val="20"/>
        </w:rPr>
        <w:t>.</w:t>
      </w:r>
    </w:p>
    <w:p w:rsidR="00E17443" w:rsidRDefault="00E17443" w:rsidP="00E17443">
      <w:pPr>
        <w:spacing w:after="0"/>
        <w:rPr>
          <w:sz w:val="20"/>
          <w:szCs w:val="20"/>
        </w:rPr>
      </w:pPr>
    </w:p>
    <w:p w:rsidR="00E17443" w:rsidRDefault="00E17443" w:rsidP="00BD38A3">
      <w:pPr>
        <w:spacing w:after="0"/>
        <w:ind w:left="3600" w:firstLine="720"/>
        <w:rPr>
          <w:sz w:val="20"/>
          <w:szCs w:val="20"/>
        </w:rPr>
      </w:pPr>
      <w:proofErr w:type="spellStart"/>
      <w:r>
        <w:rPr>
          <w:sz w:val="20"/>
          <w:szCs w:val="20"/>
        </w:rPr>
        <w:t>Przyjmuję</w:t>
      </w:r>
      <w:proofErr w:type="spellEnd"/>
      <w:r>
        <w:rPr>
          <w:sz w:val="20"/>
          <w:szCs w:val="20"/>
        </w:rPr>
        <w:t xml:space="preserve"> do </w:t>
      </w:r>
      <w:proofErr w:type="spellStart"/>
      <w:r>
        <w:rPr>
          <w:sz w:val="20"/>
          <w:szCs w:val="20"/>
        </w:rPr>
        <w:t>wiadomości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powyższe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informacje</w:t>
      </w:r>
      <w:proofErr w:type="spellEnd"/>
      <w:r>
        <w:rPr>
          <w:sz w:val="20"/>
          <w:szCs w:val="20"/>
        </w:rPr>
        <w:t>:</w:t>
      </w:r>
    </w:p>
    <w:p w:rsidR="00BD38A3" w:rsidRDefault="00BD38A3" w:rsidP="00E17443">
      <w:pPr>
        <w:spacing w:after="0"/>
        <w:rPr>
          <w:sz w:val="20"/>
          <w:szCs w:val="20"/>
        </w:rPr>
      </w:pPr>
    </w:p>
    <w:p w:rsidR="00E17443" w:rsidRDefault="00E17443" w:rsidP="00BD38A3">
      <w:pPr>
        <w:spacing w:after="0"/>
        <w:ind w:left="432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</w:t>
      </w:r>
    </w:p>
    <w:p w:rsidR="00E17443" w:rsidRDefault="00E17443" w:rsidP="00BD38A3">
      <w:pPr>
        <w:spacing w:after="0"/>
        <w:ind w:left="3600" w:firstLine="720"/>
        <w:rPr>
          <w:sz w:val="20"/>
          <w:szCs w:val="20"/>
        </w:rPr>
      </w:pPr>
      <w:r>
        <w:rPr>
          <w:sz w:val="20"/>
          <w:szCs w:val="20"/>
        </w:rPr>
        <w:t xml:space="preserve">(data, </w:t>
      </w:r>
      <w:proofErr w:type="spellStart"/>
      <w:r>
        <w:rPr>
          <w:sz w:val="20"/>
          <w:szCs w:val="20"/>
        </w:rPr>
        <w:t>podpis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rodzica</w:t>
      </w:r>
      <w:proofErr w:type="spellEnd"/>
      <w:r>
        <w:rPr>
          <w:sz w:val="20"/>
          <w:szCs w:val="20"/>
        </w:rPr>
        <w:t>/</w:t>
      </w:r>
      <w:proofErr w:type="spellStart"/>
      <w:r>
        <w:rPr>
          <w:sz w:val="20"/>
          <w:szCs w:val="20"/>
        </w:rPr>
        <w:t>opiekuna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prawnego</w:t>
      </w:r>
      <w:proofErr w:type="spellEnd"/>
      <w:r>
        <w:rPr>
          <w:sz w:val="20"/>
          <w:szCs w:val="20"/>
        </w:rPr>
        <w:t>)</w:t>
      </w:r>
    </w:p>
    <w:p w:rsidR="0043727C" w:rsidRDefault="0043727C" w:rsidP="00FD12E9">
      <w:pPr>
        <w:spacing w:after="0"/>
        <w:jc w:val="both"/>
        <w:rPr>
          <w:sz w:val="20"/>
          <w:szCs w:val="20"/>
        </w:rPr>
      </w:pPr>
    </w:p>
    <w:p w:rsidR="00FD12E9" w:rsidRDefault="00BD38A3" w:rsidP="00FD12E9">
      <w:pPr>
        <w:spacing w:after="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lastRenderedPageBreak/>
        <w:t>Załącznik</w:t>
      </w:r>
      <w:proofErr w:type="spellEnd"/>
      <w:r>
        <w:rPr>
          <w:sz w:val="20"/>
          <w:szCs w:val="20"/>
        </w:rPr>
        <w:t xml:space="preserve"> </w:t>
      </w:r>
      <w:r w:rsidR="0043727C">
        <w:rPr>
          <w:sz w:val="20"/>
          <w:szCs w:val="20"/>
        </w:rPr>
        <w:t xml:space="preserve">3 </w:t>
      </w:r>
    </w:p>
    <w:p w:rsidR="00A37A05" w:rsidRDefault="00A37A05" w:rsidP="00A37A05">
      <w:pPr>
        <w:spacing w:after="0"/>
      </w:pPr>
      <w:r>
        <w:br/>
        <w:t>ZGODA NA PRZETWARZANIE DANYCH OSOBOWYCH DZIECKA</w:t>
      </w:r>
      <w:r>
        <w:br/>
      </w:r>
      <w:r>
        <w:br/>
      </w:r>
      <w:r w:rsidRPr="00A37A05">
        <w:rPr>
          <w:rFonts w:ascii="MT Extra" w:hAnsi="MT Extra"/>
          <w:sz w:val="40"/>
          <w:szCs w:val="40"/>
        </w:rPr>
        <w:t></w:t>
      </w:r>
      <w:proofErr w:type="spellStart"/>
      <w:r>
        <w:t>Oświadczam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zapoznałem</w:t>
      </w:r>
      <w:proofErr w:type="spellEnd"/>
      <w:r>
        <w:t xml:space="preserve">/am </w:t>
      </w:r>
      <w:proofErr w:type="spellStart"/>
      <w:r>
        <w:t>się</w:t>
      </w:r>
      <w:proofErr w:type="spellEnd"/>
      <w:r>
        <w:t xml:space="preserve"> z </w:t>
      </w:r>
      <w:proofErr w:type="spellStart"/>
      <w:r>
        <w:t>treścią</w:t>
      </w:r>
      <w:proofErr w:type="spellEnd"/>
      <w:r>
        <w:t xml:space="preserve"> </w:t>
      </w:r>
      <w:proofErr w:type="spellStart"/>
      <w:r>
        <w:t>regulaminu</w:t>
      </w:r>
      <w:proofErr w:type="spellEnd"/>
      <w:r>
        <w:t xml:space="preserve"> </w:t>
      </w:r>
      <w:proofErr w:type="spellStart"/>
      <w:r>
        <w:t>konkursu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akceptuję</w:t>
      </w:r>
      <w:proofErr w:type="spellEnd"/>
      <w:r>
        <w:t xml:space="preserve"> </w:t>
      </w:r>
      <w:proofErr w:type="spellStart"/>
      <w:r>
        <w:t>jego</w:t>
      </w:r>
      <w:proofErr w:type="spellEnd"/>
      <w:r>
        <w:t xml:space="preserve"> </w:t>
      </w:r>
      <w:proofErr w:type="spellStart"/>
      <w:r>
        <w:t>postanowienia</w:t>
      </w:r>
      <w:proofErr w:type="spellEnd"/>
      <w:r>
        <w:t>.</w:t>
      </w:r>
      <w:r>
        <w:br/>
      </w:r>
      <w:r w:rsidRPr="00A37A05">
        <w:rPr>
          <w:rFonts w:ascii="MT Extra" w:hAnsi="MT Extra"/>
          <w:sz w:val="40"/>
          <w:szCs w:val="40"/>
        </w:rPr>
        <w:t></w:t>
      </w:r>
      <w:proofErr w:type="spellStart"/>
      <w:r>
        <w:t>Wyrażam</w:t>
      </w:r>
      <w:proofErr w:type="spellEnd"/>
      <w:r>
        <w:t xml:space="preserve"> </w:t>
      </w:r>
      <w:proofErr w:type="spellStart"/>
      <w:r>
        <w:t>zgodę</w:t>
      </w:r>
      <w:proofErr w:type="spellEnd"/>
      <w:r>
        <w:t xml:space="preserve"> na </w:t>
      </w:r>
      <w:proofErr w:type="spellStart"/>
      <w:r>
        <w:t>przetwarzanie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 xml:space="preserve"> </w:t>
      </w:r>
      <w:proofErr w:type="spellStart"/>
      <w:r>
        <w:t>mojego</w:t>
      </w:r>
      <w:proofErr w:type="spellEnd"/>
      <w:r>
        <w:t xml:space="preserve"> </w:t>
      </w:r>
    </w:p>
    <w:p w:rsidR="00A37A05" w:rsidRDefault="00A37A05" w:rsidP="00A37A05">
      <w:pPr>
        <w:spacing w:after="0"/>
      </w:pPr>
    </w:p>
    <w:p w:rsidR="00A37A05" w:rsidRDefault="00A37A05" w:rsidP="00A37A05">
      <w:pPr>
        <w:spacing w:after="0"/>
      </w:pPr>
      <w:proofErr w:type="spellStart"/>
      <w:r>
        <w:t>dziecka</w:t>
      </w:r>
      <w:proofErr w:type="spellEnd"/>
      <w:r>
        <w:t>……………………………………..………………………………………….(</w:t>
      </w:r>
      <w:proofErr w:type="spellStart"/>
      <w:r>
        <w:t>imię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nazwisko</w:t>
      </w:r>
      <w:proofErr w:type="spellEnd"/>
      <w:r>
        <w:t xml:space="preserve"> </w:t>
      </w:r>
      <w:proofErr w:type="spellStart"/>
      <w:r>
        <w:t>dziecka</w:t>
      </w:r>
      <w:proofErr w:type="spellEnd"/>
      <w:r>
        <w:t xml:space="preserve"> ) </w:t>
      </w:r>
      <w:proofErr w:type="spellStart"/>
      <w:r>
        <w:t>zawartych</w:t>
      </w:r>
      <w:proofErr w:type="spellEnd"/>
      <w:r>
        <w:t xml:space="preserve"> na </w:t>
      </w:r>
      <w:proofErr w:type="spellStart"/>
      <w:r>
        <w:t>odwrocie</w:t>
      </w:r>
      <w:proofErr w:type="spellEnd"/>
      <w:r>
        <w:t xml:space="preserve"> </w:t>
      </w:r>
      <w:proofErr w:type="spellStart"/>
      <w:r>
        <w:t>pracy</w:t>
      </w:r>
      <w:proofErr w:type="spellEnd"/>
      <w:r>
        <w:t xml:space="preserve"> </w:t>
      </w:r>
      <w:proofErr w:type="spellStart"/>
      <w:r>
        <w:t>plastycznejw</w:t>
      </w:r>
      <w:proofErr w:type="spellEnd"/>
      <w:r>
        <w:t xml:space="preserve"> </w:t>
      </w:r>
      <w:proofErr w:type="spellStart"/>
      <w:r>
        <w:t>zakresie</w:t>
      </w:r>
      <w:proofErr w:type="spellEnd"/>
      <w:r>
        <w:t xml:space="preserve"> </w:t>
      </w:r>
      <w:proofErr w:type="spellStart"/>
      <w:r>
        <w:t>potrzebnym</w:t>
      </w:r>
      <w:proofErr w:type="spellEnd"/>
      <w:r>
        <w:t xml:space="preserve"> do </w:t>
      </w:r>
      <w:proofErr w:type="spellStart"/>
      <w:r>
        <w:t>przerowadzenia</w:t>
      </w:r>
      <w:proofErr w:type="spellEnd"/>
      <w:r>
        <w:t xml:space="preserve"> </w:t>
      </w:r>
      <w:proofErr w:type="spellStart"/>
      <w:r>
        <w:t>konkursu</w:t>
      </w:r>
      <w:proofErr w:type="spellEnd"/>
      <w:r>
        <w:t xml:space="preserve"> “</w:t>
      </w:r>
      <w:proofErr w:type="spellStart"/>
      <w:r>
        <w:t>Przepis</w:t>
      </w:r>
      <w:proofErr w:type="spellEnd"/>
      <w:r>
        <w:t xml:space="preserve"> na </w:t>
      </w:r>
      <w:proofErr w:type="spellStart"/>
      <w:r>
        <w:t>szczęśliwą</w:t>
      </w:r>
      <w:proofErr w:type="spellEnd"/>
      <w:r>
        <w:t xml:space="preserve"> </w:t>
      </w:r>
      <w:proofErr w:type="spellStart"/>
      <w:r>
        <w:t>rodzinę</w:t>
      </w:r>
      <w:proofErr w:type="spellEnd"/>
      <w:r>
        <w:t xml:space="preserve">” </w:t>
      </w:r>
      <w:proofErr w:type="spellStart"/>
      <w:r>
        <w:t>organizowany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Zespół </w:t>
      </w:r>
      <w:proofErr w:type="spellStart"/>
      <w:r>
        <w:t>Interdyscyplinarny</w:t>
      </w:r>
      <w:proofErr w:type="spellEnd"/>
      <w:r>
        <w:t xml:space="preserve"> </w:t>
      </w:r>
      <w:proofErr w:type="spellStart"/>
      <w:r>
        <w:t>Gminy</w:t>
      </w:r>
      <w:proofErr w:type="spellEnd"/>
      <w:r>
        <w:t xml:space="preserve"> </w:t>
      </w:r>
      <w:proofErr w:type="spellStart"/>
      <w:r>
        <w:t>Kępice</w:t>
      </w:r>
      <w:proofErr w:type="spellEnd"/>
      <w:r>
        <w:t>.</w:t>
      </w:r>
      <w:r>
        <w:br/>
      </w:r>
      <w:r>
        <w:br/>
      </w:r>
      <w:r w:rsidRPr="00A37A05">
        <w:rPr>
          <w:rFonts w:ascii="MT Extra" w:hAnsi="MT Extra"/>
          <w:sz w:val="40"/>
          <w:szCs w:val="40"/>
        </w:rPr>
        <w:t></w:t>
      </w:r>
      <w:proofErr w:type="spellStart"/>
      <w:r>
        <w:t>Wyrażam</w:t>
      </w:r>
      <w:proofErr w:type="spellEnd"/>
      <w:r>
        <w:t xml:space="preserve"> </w:t>
      </w:r>
      <w:proofErr w:type="spellStart"/>
      <w:r>
        <w:t>zgodę</w:t>
      </w:r>
      <w:proofErr w:type="spellEnd"/>
      <w:r>
        <w:t xml:space="preserve"> na </w:t>
      </w:r>
      <w:proofErr w:type="spellStart"/>
      <w:r>
        <w:t>publikację</w:t>
      </w:r>
      <w:proofErr w:type="spellEnd"/>
      <w:r>
        <w:t xml:space="preserve"> </w:t>
      </w:r>
      <w:proofErr w:type="spellStart"/>
      <w:r>
        <w:t>prac</w:t>
      </w:r>
      <w:proofErr w:type="spellEnd"/>
      <w:r>
        <w:t xml:space="preserve"> </w:t>
      </w:r>
      <w:proofErr w:type="spellStart"/>
      <w:r>
        <w:t>konkursowych</w:t>
      </w:r>
      <w:proofErr w:type="spellEnd"/>
      <w:r>
        <w:t xml:space="preserve">, </w:t>
      </w:r>
      <w:proofErr w:type="spellStart"/>
      <w:r>
        <w:t>wizerunku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w </w:t>
      </w:r>
      <w:proofErr w:type="spellStart"/>
      <w:r>
        <w:t>materiałach</w:t>
      </w:r>
      <w:proofErr w:type="spellEnd"/>
      <w:r>
        <w:t xml:space="preserve"> </w:t>
      </w:r>
      <w:proofErr w:type="spellStart"/>
      <w:r>
        <w:t>informacyjnych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promocyjnych</w:t>
      </w:r>
      <w:proofErr w:type="spellEnd"/>
      <w:r>
        <w:t xml:space="preserve"> </w:t>
      </w:r>
      <w:proofErr w:type="spellStart"/>
      <w:r>
        <w:t>Organizatora</w:t>
      </w:r>
      <w:proofErr w:type="spellEnd"/>
      <w:r>
        <w:t>.</w:t>
      </w:r>
      <w:r>
        <w:br/>
      </w:r>
      <w:r>
        <w:br/>
      </w:r>
      <w:r w:rsidRPr="00A37A05">
        <w:rPr>
          <w:rFonts w:ascii="MT Extra" w:hAnsi="MT Extra"/>
          <w:sz w:val="40"/>
          <w:szCs w:val="40"/>
        </w:rPr>
        <w:t></w:t>
      </w:r>
      <w:proofErr w:type="spellStart"/>
      <w:r>
        <w:t>Podaję</w:t>
      </w:r>
      <w:proofErr w:type="spellEnd"/>
      <w:r>
        <w:t xml:space="preserve">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dobrowolnie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zgodne</w:t>
      </w:r>
      <w:proofErr w:type="spellEnd"/>
      <w:r>
        <w:t xml:space="preserve"> z </w:t>
      </w:r>
      <w:proofErr w:type="spellStart"/>
      <w:r>
        <w:t>prawdą</w:t>
      </w:r>
      <w:proofErr w:type="spellEnd"/>
      <w:r>
        <w:t>.</w:t>
      </w:r>
      <w:r>
        <w:br/>
      </w:r>
      <w:r>
        <w:br/>
      </w:r>
      <w:r w:rsidRPr="00A37A05">
        <w:rPr>
          <w:rFonts w:ascii="MT Extra" w:hAnsi="MT Extra"/>
          <w:sz w:val="40"/>
          <w:szCs w:val="40"/>
        </w:rPr>
        <w:t></w:t>
      </w:r>
      <w:proofErr w:type="spellStart"/>
      <w:r>
        <w:t>Zapoznałem</w:t>
      </w:r>
      <w:proofErr w:type="spellEnd"/>
      <w:r>
        <w:t xml:space="preserve">/am </w:t>
      </w:r>
      <w:proofErr w:type="spellStart"/>
      <w:r>
        <w:t>się</w:t>
      </w:r>
      <w:proofErr w:type="spellEnd"/>
      <w:r>
        <w:t xml:space="preserve"> z </w:t>
      </w:r>
      <w:proofErr w:type="spellStart"/>
      <w:r>
        <w:t>treścią</w:t>
      </w:r>
      <w:proofErr w:type="spellEnd"/>
      <w:r>
        <w:t xml:space="preserve"> </w:t>
      </w:r>
      <w:proofErr w:type="spellStart"/>
      <w:r>
        <w:t>klauzuli</w:t>
      </w:r>
      <w:proofErr w:type="spellEnd"/>
      <w:r>
        <w:t xml:space="preserve"> </w:t>
      </w:r>
      <w:proofErr w:type="spellStart"/>
      <w:r>
        <w:t>informacyjnej</w:t>
      </w:r>
      <w:proofErr w:type="spellEnd"/>
      <w:r>
        <w:t>.</w:t>
      </w:r>
      <w:r>
        <w:br/>
      </w:r>
      <w:r>
        <w:br/>
      </w:r>
    </w:p>
    <w:p w:rsidR="00A37A05" w:rsidRDefault="00A37A05" w:rsidP="00A37A05">
      <w:pPr>
        <w:spacing w:after="0"/>
      </w:pPr>
      <w:r>
        <w:t>………………………………………..</w:t>
      </w:r>
      <w:r>
        <w:tab/>
      </w:r>
      <w:r>
        <w:tab/>
      </w:r>
      <w:r>
        <w:tab/>
      </w:r>
      <w:r>
        <w:tab/>
        <w:t xml:space="preserve"> ………….…..………………………………</w:t>
      </w:r>
    </w:p>
    <w:p w:rsidR="00A37A05" w:rsidRDefault="00A37A05" w:rsidP="00A37A05">
      <w:pPr>
        <w:spacing w:after="0"/>
      </w:pPr>
      <w:proofErr w:type="spellStart"/>
      <w:r>
        <w:t>miejscowość</w:t>
      </w:r>
      <w:proofErr w:type="spellEnd"/>
      <w:r>
        <w:t xml:space="preserve">, data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podpis</w:t>
      </w:r>
      <w:proofErr w:type="spellEnd"/>
      <w:r>
        <w:t xml:space="preserve"> </w:t>
      </w:r>
      <w:proofErr w:type="spellStart"/>
      <w:r>
        <w:t>rodzica</w:t>
      </w:r>
      <w:proofErr w:type="spellEnd"/>
      <w:r>
        <w:t>/</w:t>
      </w:r>
      <w:proofErr w:type="spellStart"/>
      <w:r>
        <w:t>opiekuna</w:t>
      </w:r>
      <w:proofErr w:type="spellEnd"/>
      <w:r>
        <w:t xml:space="preserve"> </w:t>
      </w:r>
      <w:proofErr w:type="spellStart"/>
      <w:r>
        <w:t>prawnego</w:t>
      </w:r>
      <w:proofErr w:type="spellEnd"/>
    </w:p>
    <w:p w:rsidR="00A37A05" w:rsidRDefault="00A37A05" w:rsidP="00A37A05">
      <w:pPr>
        <w:spacing w:after="0"/>
      </w:pPr>
    </w:p>
    <w:p w:rsidR="0043727C" w:rsidRPr="00A37A05" w:rsidRDefault="00A37A05" w:rsidP="00A37A05">
      <w:pPr>
        <w:spacing w:after="0"/>
        <w:rPr>
          <w:rFonts w:ascii="MT Extra" w:hAnsi="MT Extra"/>
          <w:sz w:val="40"/>
          <w:szCs w:val="40"/>
        </w:rPr>
      </w:pPr>
      <w:r w:rsidRPr="00A37A05">
        <w:rPr>
          <w:rFonts w:ascii="MT Extra" w:hAnsi="MT Extra"/>
          <w:sz w:val="40"/>
          <w:szCs w:val="40"/>
        </w:rPr>
        <w:br/>
      </w:r>
    </w:p>
    <w:sectPr w:rsidR="0043727C" w:rsidRPr="00A37A0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0F8" w:rsidRDefault="003020F8" w:rsidP="003020F8">
      <w:pPr>
        <w:spacing w:after="0" w:line="240" w:lineRule="auto"/>
      </w:pPr>
      <w:r>
        <w:separator/>
      </w:r>
    </w:p>
  </w:endnote>
  <w:endnote w:type="continuationSeparator" w:id="1">
    <w:p w:rsidR="003020F8" w:rsidRDefault="003020F8" w:rsidP="00302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0F8" w:rsidRDefault="003020F8" w:rsidP="003020F8">
      <w:pPr>
        <w:spacing w:after="0" w:line="240" w:lineRule="auto"/>
      </w:pPr>
      <w:r>
        <w:separator/>
      </w:r>
    </w:p>
  </w:footnote>
  <w:footnote w:type="continuationSeparator" w:id="1">
    <w:p w:rsidR="003020F8" w:rsidRDefault="003020F8" w:rsidP="003020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7730"/>
    <w:rsid w:val="00034616"/>
    <w:rsid w:val="0006063C"/>
    <w:rsid w:val="000C115A"/>
    <w:rsid w:val="0015074B"/>
    <w:rsid w:val="0029639D"/>
    <w:rsid w:val="003020F8"/>
    <w:rsid w:val="00326F90"/>
    <w:rsid w:val="0043727C"/>
    <w:rsid w:val="00484E4E"/>
    <w:rsid w:val="00504724"/>
    <w:rsid w:val="00800620"/>
    <w:rsid w:val="00936415"/>
    <w:rsid w:val="00987EC5"/>
    <w:rsid w:val="00A37A05"/>
    <w:rsid w:val="00AA1D8D"/>
    <w:rsid w:val="00B47730"/>
    <w:rsid w:val="00BD38A3"/>
    <w:rsid w:val="00CB0664"/>
    <w:rsid w:val="00CD1CA4"/>
    <w:rsid w:val="00D67DB1"/>
    <w:rsid w:val="00E17443"/>
    <w:rsid w:val="00FC693F"/>
    <w:rsid w:val="00FD1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gstkn">
    <w:name w:val="gs_tkn"/>
    <w:basedOn w:val="Domylnaczcionkaakapitu"/>
    <w:rsid w:val="00987EC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020F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020F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020F8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1129</Words>
  <Characters>6775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7889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Julita Łuczak</cp:lastModifiedBy>
  <cp:revision>2</cp:revision>
  <dcterms:created xsi:type="dcterms:W3CDTF">2025-11-17T00:24:00Z</dcterms:created>
  <dcterms:modified xsi:type="dcterms:W3CDTF">2025-11-17T00:24:00Z</dcterms:modified>
</cp:coreProperties>
</file>